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0" w:line="240" w:lineRule="auto"/>
        <w:pBdr>
          <w:top w:val="single" w:sz="40" w:space="0" w:color="E8730C"/>
        </w:pBdr>
      </w:pPr>
      <w:r>
        <w:rPr>
          <w:rFonts w:ascii="Segoe UI" w:hAnsi="Segoe UI" w:cs="Segoe UI" w:eastAsia="Segoe UI"/>
          <w:color w:val="E8730C"/>
          <w:sz w:val="2"/>
        </w:rPr>
      </w:r>
    </w:p>
    <w:p>
      <w:pPr>
        <w:spacing w:before="0" w:after="120" w:line="240" w:lineRule="auto"/>
        <w:jc w:val="left"/>
      </w:pP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jpe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60" w:line="252" w:lineRule="auto"/>
        <w:jc w:val="left"/>
      </w:pPr>
      <w:r>
        <w:rPr>
          <w:rFonts w:ascii="Segoe UI" w:hAnsi="Segoe UI" w:cs="Segoe UI" w:eastAsia="Segoe UI"/>
          <w:b/>
          <w:color w:val="C25F05"/>
          <w:sz w:val="18"/>
        </w:rPr>
        <w:t>ООО «САМАРСКИЙ ЗАВОД ГРУЗОПОДЪЁМНЫХ МЕХАНИЗМОВ»</w:t>
      </w:r>
    </w:p>
    <w:p>
      <w:pPr>
        <w:spacing w:before="0" w:after="40" w:line="240" w:lineRule="auto"/>
        <w:jc w:val="left"/>
      </w:pPr>
      <w:r>
        <w:rPr>
          <w:rFonts w:ascii="Segoe UI" w:hAnsi="Segoe UI" w:cs="Segoe UI" w:eastAsia="Segoe UI"/>
          <w:b/>
          <w:color w:val="1B2430"/>
          <w:sz w:val="52"/>
        </w:rPr>
        <w:t>ПРАЙС-ЛИСТ</w:t>
      </w:r>
    </w:p>
    <w:p>
      <w:pPr>
        <w:spacing w:before="0" w:after="160" w:line="264" w:lineRule="auto"/>
        <w:jc w:val="left"/>
      </w:pPr>
      <w:r>
        <w:rPr>
          <w:rFonts w:ascii="Segoe UI" w:hAnsi="Segoe UI" w:cs="Segoe UI" w:eastAsia="Segoe UI"/>
          <w:b w:val="0"/>
          <w:color w:val="6B7684"/>
          <w:sz w:val="25"/>
        </w:rPr>
        <w:t>Грузовые подъёмники и подъёмные столы</w:t>
      </w:r>
    </w:p>
    <w:tbl>
      <w:tblPr>
        <w:tblW w:type="dxa" w:w="10010"/>
        <w:jc w:val="left"/>
        <w:tblLook w:firstColumn="1" w:firstRow="1" w:lastColumn="0" w:lastRow="0" w:noHBand="0" w:noVBand="1" w:val="04A0"/>
        <w:tblBorders>
          <w:top w:val="single" w:sz="6" w:space="0" w:color="D5DBE1"/>
          <w:left w:val="single" w:sz="6" w:space="0" w:color="D5DBE1"/>
          <w:bottom w:val="single" w:sz="6" w:space="0" w:color="D5DBE1"/>
          <w:right w:val="single" w:sz="6" w:space="0" w:color="D5DBE1"/>
          <w:insideH w:val="none" w:sz="0" w:space="0" w:color="auto"/>
          <w:insideV w:val="none" w:sz="0" w:space="0" w:color="auto"/>
        </w:tblBorders>
        <w:tblLayout w:type="fixed"/>
        <w:tblCellMar>
          <w:top w:w="110" w:type="dxa"/>
          <w:left w:w="160" w:type="dxa"/>
          <w:bottom w:w="110" w:type="dxa"/>
          <w:right w:w="160" w:type="dxa"/>
        </w:tblCellMar>
      </w:tblPr>
      <w:tblGrid>
        <w:gridCol w:w="10010"/>
      </w:tblGrid>
      <w:tr>
        <w:tc>
          <w:tcPr>
            <w:tcW w:type="dxa" w:w="10010"/>
            <w:shd w:val="clear" w:color="auto" w:fill="F7F9FB"/>
            <w:tcBorders>
              <w:left w:val="single" w:sz="24" w:space="0" w:color="E8730C"/>
            </w:tcBorders>
          </w:tcPr>
          <w:p>
            <w:pPr>
              <w:spacing w:before="0" w:after="60" w:line="264" w:lineRule="auto"/>
            </w:pPr>
            <w:r/>
            <w:r>
              <w:rPr>
                <w:rFonts w:ascii="Segoe UI" w:hAnsi="Segoe UI" w:cs="Segoe UI" w:eastAsia="Segoe UI"/>
                <w:color w:val="6B7684"/>
                <w:sz w:val="19"/>
              </w:rPr>
              <w:t xml:space="preserve">Актуально на: </w:t>
            </w:r>
            <w:r>
              <w:rPr>
                <w:rFonts w:ascii="Segoe UI" w:hAnsi="Segoe UI" w:cs="Segoe UI" w:eastAsia="Segoe UI"/>
                <w:b/>
                <w:color w:val="1B2430"/>
                <w:sz w:val="19"/>
              </w:rPr>
              <w:t>октябрь 2026 г.</w:t>
            </w:r>
          </w:p>
          <w:p>
            <w:pPr>
              <w:spacing w:before="0" w:after="0" w:line="276" w:lineRule="auto"/>
            </w:pPr>
            <w:r>
              <w:rPr>
                <w:rFonts w:ascii="Segoe UI" w:hAnsi="Segoe UI" w:cs="Segoe UI" w:eastAsia="Segoe UI"/>
                <w:color w:val="333C48"/>
                <w:sz w:val="18"/>
              </w:rPr>
              <w:t>Цены указаны «от» в базовой комплектации. Итоговая стоимость зависит от высоты подъёма, грузоподъёмности, типа привода и дополнительных опций.</w:t>
            </w:r>
          </w:p>
        </w:tc>
      </w:tr>
    </w:tbl>
    <w:p>
      <w:pPr>
        <w:spacing w:before="0" w:after="0" w:line="240" w:lineRule="auto"/>
        <w:jc w:val="left"/>
      </w:pPr>
    </w:p>
    <w:p>
      <w:pPr>
        <w:keepNext/>
        <w:spacing w:before="80" w:after="0" w:line="240" w:lineRule="auto"/>
      </w:pPr>
      <w:r>
        <w:rPr>
          <w:rFonts w:ascii="Segoe UI" w:hAnsi="Segoe UI" w:cs="Segoe UI" w:eastAsia="Segoe UI"/>
          <w:b/>
          <w:color w:val="1B2430"/>
          <w:sz w:val="23"/>
        </w:rPr>
        <w:t>ГРУЗОВЫЕ ПОДЪЁМНИКИ</w:t>
      </w:r>
    </w:p>
    <w:tbl>
      <w:tblPr>
        <w:tblW w:type="dxa" w:w="10010"/>
        <w:jc w:val="left"/>
        <w:tblLayout w:type="fixed"/>
        <w:tblLook w:firstColumn="1" w:firstRow="1" w:lastColumn="0" w:lastRow="0" w:noHBand="0" w:noVBand="1" w:val="04A0"/>
        <w:tblBorders>
          <w:top w:val="single" w:sz="6" w:space="0" w:color="D5DBE1"/>
          <w:left w:val="single" w:sz="6" w:space="0" w:color="D5DBE1"/>
          <w:bottom w:val="single" w:sz="6" w:space="0" w:color="D5DBE1"/>
          <w:right w:val="single" w:sz="6" w:space="0" w:color="D5DBE1"/>
          <w:insideH w:val="single" w:sz="6" w:space="0" w:color="D5DBE1"/>
          <w:insideV w:val="single" w:sz="6" w:space="0" w:color="D5DBE1"/>
        </w:tblBorders>
        <w:tblCellMar>
          <w:top w:w="58" w:type="dxa"/>
          <w:left w:w="110" w:type="dxa"/>
          <w:bottom w:w="58" w:type="dxa"/>
          <w:right w:w="110" w:type="dxa"/>
        </w:tblCellMar>
      </w:tblPr>
      <w:tblGrid>
        <w:gridCol w:w="4950"/>
        <w:gridCol w:w="1560"/>
        <w:gridCol w:w="2150"/>
        <w:gridCol w:w="1350"/>
      </w:tblGrid>
      <w:tr>
        <w:trPr>
          <w:cantSplit/>
          <w:tblHeader w:val="true"/>
          <w:trHeight w:val="380" w:hRule="atLeast"/>
        </w:trPr>
        <w:tc>
          <w:tcPr>
            <w:tcW w:type="dxa" w:w="4950"/>
            <w:shd w:val="clear" w:color="auto" w:fill="EDF1F5"/>
            <w:vAlign w:val="center"/>
            <w:tcBorders>
              <w:bottom w:val="single" w:sz="12" w:space="0" w:color="1B243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Segoe UI" w:hAnsi="Segoe UI" w:cs="Segoe UI" w:eastAsia="Segoe UI"/>
                <w:b/>
                <w:color w:val="1B2430"/>
                <w:sz w:val="18"/>
              </w:rPr>
              <w:t>Тип / модель</w:t>
            </w:r>
          </w:p>
        </w:tc>
        <w:tc>
          <w:tcPr>
            <w:tcW w:type="dxa" w:w="1560"/>
            <w:shd w:val="clear" w:color="auto" w:fill="EDF1F5"/>
            <w:vAlign w:val="center"/>
            <w:tcBorders>
              <w:bottom w:val="single" w:sz="12" w:space="0" w:color="1B243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Segoe UI" w:hAnsi="Segoe UI" w:cs="Segoe UI" w:eastAsia="Segoe UI"/>
                <w:b/>
                <w:color w:val="1B2430"/>
                <w:sz w:val="18"/>
              </w:rPr>
              <w:t>Г/п</w:t>
            </w:r>
          </w:p>
        </w:tc>
        <w:tc>
          <w:tcPr>
            <w:tcW w:type="dxa" w:w="2150"/>
            <w:shd w:val="clear" w:color="auto" w:fill="EDF1F5"/>
            <w:vAlign w:val="center"/>
            <w:tcBorders>
              <w:bottom w:val="single" w:sz="12" w:space="0" w:color="1B243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Segoe UI" w:hAnsi="Segoe UI" w:cs="Segoe UI" w:eastAsia="Segoe UI"/>
                <w:b/>
                <w:color w:val="1B2430"/>
                <w:sz w:val="18"/>
              </w:rPr>
              <w:t>Остановки</w:t>
            </w:r>
          </w:p>
        </w:tc>
        <w:tc>
          <w:tcPr>
            <w:tcW w:type="dxa" w:w="1350"/>
            <w:shd w:val="clear" w:color="auto" w:fill="EDF1F5"/>
            <w:vAlign w:val="center"/>
            <w:tcBorders>
              <w:bottom w:val="single" w:sz="12" w:space="0" w:color="1B2430"/>
            </w:tcBorders>
          </w:tcPr>
          <w:p>
            <w:pPr>
              <w:spacing w:before="0" w:after="0" w:line="240" w:lineRule="auto"/>
              <w:jc w:val="right"/>
            </w:pPr>
            <w:r/>
            <w:r>
              <w:rPr>
                <w:rFonts w:ascii="Segoe UI" w:hAnsi="Segoe UI" w:cs="Segoe UI" w:eastAsia="Segoe UI"/>
                <w:b/>
                <w:color w:val="1B2430"/>
                <w:sz w:val="18"/>
              </w:rPr>
              <w:t>Цена от, ₽</w:t>
            </w:r>
          </w:p>
        </w:tc>
      </w:tr>
      <w:tr>
        <w:trPr>
          <w:cantSplit/>
          <w:trHeight w:val="300" w:hRule="atLeast"/>
        </w:trPr>
        <w:tc>
          <w:tcPr>
            <w:tcW w:type="dxa" w:w="495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УП-К</w:t>
            </w:r>
          </w:p>
        </w:tc>
        <w:tc>
          <w:tcPr>
            <w:tcW w:type="dxa" w:w="156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50 кг</w:t>
            </w:r>
          </w:p>
        </w:tc>
        <w:tc>
          <w:tcPr>
            <w:tcW w:type="dxa" w:w="215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—</w:t>
            </w:r>
          </w:p>
        </w:tc>
        <w:tc>
          <w:tcPr>
            <w:tcW w:type="dxa" w:w="1350"/>
            <w:vAlign w:val="center"/>
          </w:tcPr>
          <w:p>
            <w:pPr>
              <w:spacing w:before="0" w:after="0" w:line="252" w:lineRule="auto"/>
              <w:jc w:val="right"/>
            </w:pPr>
            <w:r/>
            <w:r>
              <w:rPr>
                <w:rFonts w:ascii="Segoe UI" w:hAnsi="Segoe UI" w:cs="Segoe UI" w:eastAsia="Segoe UI"/>
                <w:b/>
                <w:color w:val="1B2430"/>
                <w:sz w:val="19"/>
              </w:rPr>
              <w:t>121 560</w:t>
            </w:r>
          </w:p>
        </w:tc>
      </w:tr>
      <w:tr>
        <w:trPr>
          <w:cantSplit/>
          <w:trHeight w:val="300" w:hRule="atLeast"/>
        </w:trPr>
        <w:tc>
          <w:tcPr>
            <w:tcW w:type="dxa" w:w="495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УП-К</w:t>
            </w:r>
          </w:p>
        </w:tc>
        <w:tc>
          <w:tcPr>
            <w:tcW w:type="dxa" w:w="156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300 кг</w:t>
            </w:r>
          </w:p>
        </w:tc>
        <w:tc>
          <w:tcPr>
            <w:tcW w:type="dxa" w:w="215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2</w:t>
            </w:r>
          </w:p>
        </w:tc>
        <w:tc>
          <w:tcPr>
            <w:tcW w:type="dxa" w:w="1350"/>
            <w:vAlign w:val="center"/>
            <w:shd w:val="clear" w:color="auto" w:fill="F7F9FB"/>
          </w:tcPr>
          <w:p>
            <w:pPr>
              <w:spacing w:before="0" w:after="0" w:line="252" w:lineRule="auto"/>
              <w:jc w:val="right"/>
            </w:pPr>
            <w:r/>
            <w:r>
              <w:rPr>
                <w:rFonts w:ascii="Segoe UI" w:hAnsi="Segoe UI" w:cs="Segoe UI" w:eastAsia="Segoe UI"/>
                <w:b/>
                <w:color w:val="1B2430"/>
                <w:sz w:val="19"/>
              </w:rPr>
              <w:t>142 132</w:t>
            </w:r>
          </w:p>
        </w:tc>
      </w:tr>
      <w:tr>
        <w:trPr>
          <w:cantSplit/>
          <w:trHeight w:val="300" w:hRule="atLeast"/>
        </w:trPr>
        <w:tc>
          <w:tcPr>
            <w:tcW w:type="dxa" w:w="495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УП-К</w:t>
            </w:r>
          </w:p>
        </w:tc>
        <w:tc>
          <w:tcPr>
            <w:tcW w:type="dxa" w:w="156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200 кг</w:t>
            </w:r>
          </w:p>
        </w:tc>
        <w:tc>
          <w:tcPr>
            <w:tcW w:type="dxa" w:w="215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2</w:t>
            </w:r>
          </w:p>
        </w:tc>
        <w:tc>
          <w:tcPr>
            <w:tcW w:type="dxa" w:w="1350"/>
            <w:vAlign w:val="center"/>
          </w:tcPr>
          <w:p>
            <w:pPr>
              <w:spacing w:before="0" w:after="0" w:line="252" w:lineRule="auto"/>
              <w:jc w:val="right"/>
            </w:pPr>
            <w:r/>
            <w:r>
              <w:rPr>
                <w:rFonts w:ascii="Segoe UI" w:hAnsi="Segoe UI" w:cs="Segoe UI" w:eastAsia="Segoe UI"/>
                <w:b/>
                <w:color w:val="1B2430"/>
                <w:sz w:val="19"/>
              </w:rPr>
              <w:t>148 335</w:t>
            </w:r>
          </w:p>
        </w:tc>
      </w:tr>
      <w:tr>
        <w:trPr>
          <w:cantSplit/>
          <w:trHeight w:val="300" w:hRule="atLeast"/>
        </w:trPr>
        <w:tc>
          <w:tcPr>
            <w:tcW w:type="dxa" w:w="495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УП-К</w:t>
            </w:r>
          </w:p>
        </w:tc>
        <w:tc>
          <w:tcPr>
            <w:tcW w:type="dxa" w:w="156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250 кг</w:t>
            </w:r>
          </w:p>
        </w:tc>
        <w:tc>
          <w:tcPr>
            <w:tcW w:type="dxa" w:w="215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—</w:t>
            </w:r>
          </w:p>
        </w:tc>
        <w:tc>
          <w:tcPr>
            <w:tcW w:type="dxa" w:w="1350"/>
            <w:vAlign w:val="center"/>
            <w:shd w:val="clear" w:color="auto" w:fill="F7F9FB"/>
          </w:tcPr>
          <w:p>
            <w:pPr>
              <w:spacing w:before="0" w:after="0" w:line="252" w:lineRule="auto"/>
              <w:jc w:val="right"/>
            </w:pPr>
            <w:r/>
            <w:r>
              <w:rPr>
                <w:rFonts w:ascii="Segoe UI" w:hAnsi="Segoe UI" w:cs="Segoe UI" w:eastAsia="Segoe UI"/>
                <w:b/>
                <w:color w:val="1B2430"/>
                <w:sz w:val="19"/>
              </w:rPr>
              <w:t>161 820</w:t>
            </w:r>
          </w:p>
        </w:tc>
      </w:tr>
      <w:tr>
        <w:trPr>
          <w:cantSplit/>
          <w:trHeight w:val="300" w:hRule="atLeast"/>
        </w:trPr>
        <w:tc>
          <w:tcPr>
            <w:tcW w:type="dxa" w:w="495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УП-К</w:t>
            </w:r>
          </w:p>
        </w:tc>
        <w:tc>
          <w:tcPr>
            <w:tcW w:type="dxa" w:w="156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700 кг</w:t>
            </w:r>
          </w:p>
        </w:tc>
        <w:tc>
          <w:tcPr>
            <w:tcW w:type="dxa" w:w="215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2</w:t>
            </w:r>
          </w:p>
        </w:tc>
        <w:tc>
          <w:tcPr>
            <w:tcW w:type="dxa" w:w="1350"/>
            <w:vAlign w:val="center"/>
          </w:tcPr>
          <w:p>
            <w:pPr>
              <w:spacing w:before="0" w:after="0" w:line="252" w:lineRule="auto"/>
              <w:jc w:val="right"/>
            </w:pPr>
            <w:r/>
            <w:r>
              <w:rPr>
                <w:rFonts w:ascii="Segoe UI" w:hAnsi="Segoe UI" w:cs="Segoe UI" w:eastAsia="Segoe UI"/>
                <w:b/>
                <w:color w:val="1B2430"/>
                <w:sz w:val="19"/>
              </w:rPr>
              <w:t>213 835</w:t>
            </w:r>
          </w:p>
        </w:tc>
      </w:tr>
      <w:tr>
        <w:trPr>
          <w:cantSplit/>
          <w:trHeight w:val="300" w:hRule="atLeast"/>
        </w:trPr>
        <w:tc>
          <w:tcPr>
            <w:tcW w:type="dxa" w:w="495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УП-К</w:t>
            </w:r>
          </w:p>
        </w:tc>
        <w:tc>
          <w:tcPr>
            <w:tcW w:type="dxa" w:w="156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500 кг</w:t>
            </w:r>
          </w:p>
        </w:tc>
        <w:tc>
          <w:tcPr>
            <w:tcW w:type="dxa" w:w="215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2</w:t>
            </w:r>
          </w:p>
        </w:tc>
        <w:tc>
          <w:tcPr>
            <w:tcW w:type="dxa" w:w="1350"/>
            <w:vAlign w:val="center"/>
            <w:shd w:val="clear" w:color="auto" w:fill="F7F9FB"/>
          </w:tcPr>
          <w:p>
            <w:pPr>
              <w:spacing w:before="0" w:after="0" w:line="252" w:lineRule="auto"/>
              <w:jc w:val="right"/>
            </w:pPr>
            <w:r/>
            <w:r>
              <w:rPr>
                <w:rFonts w:ascii="Segoe UI" w:hAnsi="Segoe UI" w:cs="Segoe UI" w:eastAsia="Segoe UI"/>
                <w:b/>
                <w:color w:val="1B2430"/>
                <w:sz w:val="19"/>
              </w:rPr>
              <w:t>229 053</w:t>
            </w:r>
          </w:p>
        </w:tc>
      </w:tr>
      <w:tr>
        <w:trPr>
          <w:cantSplit/>
          <w:trHeight w:val="300" w:hRule="atLeast"/>
        </w:trPr>
        <w:tc>
          <w:tcPr>
            <w:tcW w:type="dxa" w:w="495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УП-К</w:t>
            </w:r>
          </w:p>
        </w:tc>
        <w:tc>
          <w:tcPr>
            <w:tcW w:type="dxa" w:w="156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500 кг</w:t>
            </w:r>
          </w:p>
        </w:tc>
        <w:tc>
          <w:tcPr>
            <w:tcW w:type="dxa" w:w="215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3</w:t>
            </w:r>
          </w:p>
        </w:tc>
        <w:tc>
          <w:tcPr>
            <w:tcW w:type="dxa" w:w="1350"/>
            <w:vAlign w:val="center"/>
          </w:tcPr>
          <w:p>
            <w:pPr>
              <w:spacing w:before="0" w:after="0" w:line="252" w:lineRule="auto"/>
              <w:jc w:val="right"/>
            </w:pPr>
            <w:r/>
            <w:r>
              <w:rPr>
                <w:rFonts w:ascii="Segoe UI" w:hAnsi="Segoe UI" w:cs="Segoe UI" w:eastAsia="Segoe UI"/>
                <w:b/>
                <w:color w:val="1B2430"/>
                <w:sz w:val="19"/>
              </w:rPr>
              <w:t>392 972</w:t>
            </w:r>
          </w:p>
        </w:tc>
      </w:tr>
      <w:tr>
        <w:trPr>
          <w:cantSplit/>
          <w:trHeight w:val="300" w:hRule="atLeast"/>
        </w:trPr>
        <w:tc>
          <w:tcPr>
            <w:tcW w:type="dxa" w:w="495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УП-К</w:t>
            </w:r>
          </w:p>
        </w:tc>
        <w:tc>
          <w:tcPr>
            <w:tcW w:type="dxa" w:w="156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500 кг</w:t>
            </w:r>
          </w:p>
        </w:tc>
        <w:tc>
          <w:tcPr>
            <w:tcW w:type="dxa" w:w="215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4</w:t>
            </w:r>
          </w:p>
        </w:tc>
        <w:tc>
          <w:tcPr>
            <w:tcW w:type="dxa" w:w="1350"/>
            <w:vAlign w:val="center"/>
            <w:shd w:val="clear" w:color="auto" w:fill="F7F9FB"/>
          </w:tcPr>
          <w:p>
            <w:pPr>
              <w:spacing w:before="0" w:after="0" w:line="252" w:lineRule="auto"/>
              <w:jc w:val="right"/>
            </w:pPr>
            <w:r/>
            <w:r>
              <w:rPr>
                <w:rFonts w:ascii="Segoe UI" w:hAnsi="Segoe UI" w:cs="Segoe UI" w:eastAsia="Segoe UI"/>
                <w:b/>
                <w:color w:val="1B2430"/>
                <w:sz w:val="19"/>
              </w:rPr>
              <w:t>407 393</w:t>
            </w:r>
          </w:p>
        </w:tc>
      </w:tr>
      <w:tr>
        <w:trPr>
          <w:cantSplit/>
          <w:trHeight w:val="300" w:hRule="atLeast"/>
        </w:trPr>
        <w:tc>
          <w:tcPr>
            <w:tcW w:type="dxa" w:w="495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УП-К</w:t>
            </w:r>
          </w:p>
        </w:tc>
        <w:tc>
          <w:tcPr>
            <w:tcW w:type="dxa" w:w="156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300 кг</w:t>
            </w:r>
          </w:p>
        </w:tc>
        <w:tc>
          <w:tcPr>
            <w:tcW w:type="dxa" w:w="215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3</w:t>
            </w:r>
          </w:p>
        </w:tc>
        <w:tc>
          <w:tcPr>
            <w:tcW w:type="dxa" w:w="1350"/>
            <w:vAlign w:val="center"/>
          </w:tcPr>
          <w:p>
            <w:pPr>
              <w:spacing w:before="0" w:after="0" w:line="252" w:lineRule="auto"/>
              <w:jc w:val="right"/>
            </w:pPr>
            <w:r/>
            <w:r>
              <w:rPr>
                <w:rFonts w:ascii="Segoe UI" w:hAnsi="Segoe UI" w:cs="Segoe UI" w:eastAsia="Segoe UI"/>
                <w:b/>
                <w:color w:val="1B2430"/>
                <w:sz w:val="19"/>
              </w:rPr>
              <w:t>445 523</w:t>
            </w:r>
          </w:p>
        </w:tc>
      </w:tr>
      <w:tr>
        <w:trPr>
          <w:cantSplit/>
          <w:trHeight w:val="300" w:hRule="atLeast"/>
        </w:trPr>
        <w:tc>
          <w:tcPr>
            <w:tcW w:type="dxa" w:w="495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УП-К</w:t>
            </w:r>
          </w:p>
        </w:tc>
        <w:tc>
          <w:tcPr>
            <w:tcW w:type="dxa" w:w="156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1000 кг</w:t>
            </w:r>
          </w:p>
        </w:tc>
        <w:tc>
          <w:tcPr>
            <w:tcW w:type="dxa" w:w="215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6</w:t>
            </w:r>
          </w:p>
        </w:tc>
        <w:tc>
          <w:tcPr>
            <w:tcW w:type="dxa" w:w="1350"/>
            <w:vAlign w:val="center"/>
            <w:shd w:val="clear" w:color="auto" w:fill="F7F9FB"/>
          </w:tcPr>
          <w:p>
            <w:pPr>
              <w:spacing w:before="0" w:after="0" w:line="252" w:lineRule="auto"/>
              <w:jc w:val="right"/>
            </w:pPr>
            <w:r/>
            <w:r>
              <w:rPr>
                <w:rFonts w:ascii="Segoe UI" w:hAnsi="Segoe UI" w:cs="Segoe UI" w:eastAsia="Segoe UI"/>
                <w:b/>
                <w:color w:val="1B2430"/>
                <w:sz w:val="19"/>
              </w:rPr>
              <w:t>497 527</w:t>
            </w:r>
          </w:p>
        </w:tc>
      </w:tr>
      <w:tr>
        <w:trPr>
          <w:cantSplit/>
          <w:trHeight w:val="300" w:hRule="atLeast"/>
        </w:trPr>
        <w:tc>
          <w:tcPr>
            <w:tcW w:type="dxa" w:w="495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УП-К</w:t>
            </w:r>
          </w:p>
        </w:tc>
        <w:tc>
          <w:tcPr>
            <w:tcW w:type="dxa" w:w="156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500 кг</w:t>
            </w:r>
          </w:p>
        </w:tc>
        <w:tc>
          <w:tcPr>
            <w:tcW w:type="dxa" w:w="215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—</w:t>
            </w:r>
          </w:p>
        </w:tc>
        <w:tc>
          <w:tcPr>
            <w:tcW w:type="dxa" w:w="1350"/>
            <w:vAlign w:val="center"/>
          </w:tcPr>
          <w:p>
            <w:pPr>
              <w:spacing w:before="0" w:after="0" w:line="252" w:lineRule="auto"/>
              <w:jc w:val="right"/>
            </w:pPr>
            <w:r/>
            <w:r>
              <w:rPr>
                <w:rFonts w:ascii="Segoe UI" w:hAnsi="Segoe UI" w:cs="Segoe UI" w:eastAsia="Segoe UI"/>
                <w:b/>
                <w:color w:val="1B2430"/>
                <w:sz w:val="19"/>
              </w:rPr>
              <w:t>611 964</w:t>
            </w:r>
          </w:p>
        </w:tc>
      </w:tr>
      <w:tr>
        <w:trPr>
          <w:cantSplit/>
          <w:trHeight w:val="300" w:hRule="atLeast"/>
        </w:trPr>
        <w:tc>
          <w:tcPr>
            <w:tcW w:type="dxa" w:w="495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УП-К</w:t>
            </w:r>
          </w:p>
        </w:tc>
        <w:tc>
          <w:tcPr>
            <w:tcW w:type="dxa" w:w="156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2000 кг</w:t>
            </w:r>
          </w:p>
        </w:tc>
        <w:tc>
          <w:tcPr>
            <w:tcW w:type="dxa" w:w="215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3</w:t>
            </w:r>
          </w:p>
        </w:tc>
        <w:tc>
          <w:tcPr>
            <w:tcW w:type="dxa" w:w="1350"/>
            <w:vAlign w:val="center"/>
            <w:shd w:val="clear" w:color="auto" w:fill="F7F9FB"/>
          </w:tcPr>
          <w:p>
            <w:pPr>
              <w:spacing w:before="0" w:after="0" w:line="252" w:lineRule="auto"/>
              <w:jc w:val="right"/>
            </w:pPr>
            <w:r/>
            <w:r>
              <w:rPr>
                <w:rFonts w:ascii="Segoe UI" w:hAnsi="Segoe UI" w:cs="Segoe UI" w:eastAsia="Segoe UI"/>
                <w:b/>
                <w:color w:val="1B2430"/>
                <w:sz w:val="19"/>
              </w:rPr>
              <w:t>614 517</w:t>
            </w:r>
          </w:p>
        </w:tc>
      </w:tr>
      <w:tr>
        <w:trPr>
          <w:cantSplit/>
          <w:trHeight w:val="300" w:hRule="atLeast"/>
        </w:trPr>
        <w:tc>
          <w:tcPr>
            <w:tcW w:type="dxa" w:w="495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УП-К</w:t>
            </w:r>
          </w:p>
        </w:tc>
        <w:tc>
          <w:tcPr>
            <w:tcW w:type="dxa" w:w="156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1000 кг</w:t>
            </w:r>
          </w:p>
        </w:tc>
        <w:tc>
          <w:tcPr>
            <w:tcW w:type="dxa" w:w="215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2</w:t>
            </w:r>
          </w:p>
        </w:tc>
        <w:tc>
          <w:tcPr>
            <w:tcW w:type="dxa" w:w="1350"/>
            <w:vAlign w:val="center"/>
          </w:tcPr>
          <w:p>
            <w:pPr>
              <w:spacing w:before="0" w:after="0" w:line="252" w:lineRule="auto"/>
              <w:jc w:val="right"/>
            </w:pPr>
            <w:r/>
            <w:r>
              <w:rPr>
                <w:rFonts w:ascii="Segoe UI" w:hAnsi="Segoe UI" w:cs="Segoe UI" w:eastAsia="Segoe UI"/>
                <w:b/>
                <w:color w:val="1B2430"/>
                <w:sz w:val="19"/>
              </w:rPr>
              <w:t>661 230</w:t>
            </w:r>
          </w:p>
        </w:tc>
      </w:tr>
      <w:tr>
        <w:trPr>
          <w:cantSplit/>
          <w:trHeight w:val="300" w:hRule="atLeast"/>
        </w:trPr>
        <w:tc>
          <w:tcPr>
            <w:tcW w:type="dxa" w:w="495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УП-К</w:t>
            </w:r>
          </w:p>
        </w:tc>
        <w:tc>
          <w:tcPr>
            <w:tcW w:type="dxa" w:w="156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1000 кг</w:t>
            </w:r>
          </w:p>
        </w:tc>
        <w:tc>
          <w:tcPr>
            <w:tcW w:type="dxa" w:w="215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4</w:t>
            </w:r>
          </w:p>
        </w:tc>
        <w:tc>
          <w:tcPr>
            <w:tcW w:type="dxa" w:w="1350"/>
            <w:vAlign w:val="center"/>
            <w:shd w:val="clear" w:color="auto" w:fill="F7F9FB"/>
          </w:tcPr>
          <w:p>
            <w:pPr>
              <w:spacing w:before="0" w:after="0" w:line="252" w:lineRule="auto"/>
              <w:jc w:val="right"/>
            </w:pPr>
            <w:r/>
            <w:r>
              <w:rPr>
                <w:rFonts w:ascii="Segoe UI" w:hAnsi="Segoe UI" w:cs="Segoe UI" w:eastAsia="Segoe UI"/>
                <w:b/>
                <w:color w:val="1B2430"/>
                <w:sz w:val="19"/>
              </w:rPr>
              <w:t>671 460</w:t>
            </w:r>
          </w:p>
        </w:tc>
      </w:tr>
      <w:tr>
        <w:trPr>
          <w:cantSplit/>
          <w:trHeight w:val="300" w:hRule="atLeast"/>
        </w:trPr>
        <w:tc>
          <w:tcPr>
            <w:tcW w:type="dxa" w:w="495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УП-К</w:t>
            </w:r>
          </w:p>
        </w:tc>
        <w:tc>
          <w:tcPr>
            <w:tcW w:type="dxa" w:w="156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1000 кг</w:t>
            </w:r>
          </w:p>
        </w:tc>
        <w:tc>
          <w:tcPr>
            <w:tcW w:type="dxa" w:w="215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3</w:t>
            </w:r>
          </w:p>
        </w:tc>
        <w:tc>
          <w:tcPr>
            <w:tcW w:type="dxa" w:w="1350"/>
            <w:vAlign w:val="center"/>
          </w:tcPr>
          <w:p>
            <w:pPr>
              <w:spacing w:before="0" w:after="0" w:line="252" w:lineRule="auto"/>
              <w:jc w:val="right"/>
            </w:pPr>
            <w:r/>
            <w:r>
              <w:rPr>
                <w:rFonts w:ascii="Segoe UI" w:hAnsi="Segoe UI" w:cs="Segoe UI" w:eastAsia="Segoe UI"/>
                <w:b/>
                <w:color w:val="1B2430"/>
                <w:sz w:val="19"/>
              </w:rPr>
              <w:t>724 470</w:t>
            </w:r>
          </w:p>
        </w:tc>
      </w:tr>
      <w:tr>
        <w:trPr>
          <w:cantSplit/>
          <w:trHeight w:val="300" w:hRule="atLeast"/>
        </w:trPr>
        <w:tc>
          <w:tcPr>
            <w:tcW w:type="dxa" w:w="495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УП-К</w:t>
            </w:r>
          </w:p>
        </w:tc>
        <w:tc>
          <w:tcPr>
            <w:tcW w:type="dxa" w:w="156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1500 кг</w:t>
            </w:r>
          </w:p>
        </w:tc>
        <w:tc>
          <w:tcPr>
            <w:tcW w:type="dxa" w:w="215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3</w:t>
            </w:r>
          </w:p>
        </w:tc>
        <w:tc>
          <w:tcPr>
            <w:tcW w:type="dxa" w:w="1350"/>
            <w:vAlign w:val="center"/>
            <w:shd w:val="clear" w:color="auto" w:fill="F7F9FB"/>
          </w:tcPr>
          <w:p>
            <w:pPr>
              <w:spacing w:before="0" w:after="0" w:line="252" w:lineRule="auto"/>
              <w:jc w:val="right"/>
            </w:pPr>
            <w:r/>
            <w:r>
              <w:rPr>
                <w:rFonts w:ascii="Segoe UI" w:hAnsi="Segoe UI" w:cs="Segoe UI" w:eastAsia="Segoe UI"/>
                <w:b/>
                <w:color w:val="1B2430"/>
                <w:sz w:val="19"/>
              </w:rPr>
              <w:t>731 910</w:t>
            </w:r>
          </w:p>
        </w:tc>
      </w:tr>
      <w:tr>
        <w:trPr>
          <w:cantSplit/>
          <w:trHeight w:val="300" w:hRule="atLeast"/>
        </w:trPr>
        <w:tc>
          <w:tcPr>
            <w:tcW w:type="dxa" w:w="495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УП-К</w:t>
            </w:r>
          </w:p>
        </w:tc>
        <w:tc>
          <w:tcPr>
            <w:tcW w:type="dxa" w:w="156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1500 кг</w:t>
            </w:r>
          </w:p>
        </w:tc>
        <w:tc>
          <w:tcPr>
            <w:tcW w:type="dxa" w:w="215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4</w:t>
            </w:r>
          </w:p>
        </w:tc>
        <w:tc>
          <w:tcPr>
            <w:tcW w:type="dxa" w:w="1350"/>
            <w:vAlign w:val="center"/>
          </w:tcPr>
          <w:p>
            <w:pPr>
              <w:spacing w:before="0" w:after="0" w:line="252" w:lineRule="auto"/>
              <w:jc w:val="right"/>
            </w:pPr>
            <w:r/>
            <w:r>
              <w:rPr>
                <w:rFonts w:ascii="Segoe UI" w:hAnsi="Segoe UI" w:cs="Segoe UI" w:eastAsia="Segoe UI"/>
                <w:b/>
                <w:color w:val="1B2430"/>
                <w:sz w:val="19"/>
              </w:rPr>
              <w:t>795 615</w:t>
            </w:r>
          </w:p>
        </w:tc>
      </w:tr>
      <w:tr>
        <w:trPr>
          <w:cantSplit/>
          <w:trHeight w:val="300" w:hRule="atLeast"/>
        </w:trPr>
        <w:tc>
          <w:tcPr>
            <w:tcW w:type="dxa" w:w="495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УП-К</w:t>
            </w:r>
          </w:p>
        </w:tc>
        <w:tc>
          <w:tcPr>
            <w:tcW w:type="dxa" w:w="156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2000 кг</w:t>
            </w:r>
          </w:p>
        </w:tc>
        <w:tc>
          <w:tcPr>
            <w:tcW w:type="dxa" w:w="215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2</w:t>
            </w:r>
          </w:p>
        </w:tc>
        <w:tc>
          <w:tcPr>
            <w:tcW w:type="dxa" w:w="1350"/>
            <w:vAlign w:val="center"/>
            <w:shd w:val="clear" w:color="auto" w:fill="F7F9FB"/>
          </w:tcPr>
          <w:p>
            <w:pPr>
              <w:spacing w:before="0" w:after="0" w:line="252" w:lineRule="auto"/>
              <w:jc w:val="right"/>
            </w:pPr>
            <w:r/>
            <w:r>
              <w:rPr>
                <w:rFonts w:ascii="Segoe UI" w:hAnsi="Segoe UI" w:cs="Segoe UI" w:eastAsia="Segoe UI"/>
                <w:b/>
                <w:color w:val="1B2430"/>
                <w:sz w:val="19"/>
              </w:rPr>
              <w:t>1 118 790</w:t>
            </w:r>
          </w:p>
        </w:tc>
      </w:tr>
      <w:tr>
        <w:trPr>
          <w:cantSplit/>
          <w:trHeight w:val="300" w:hRule="atLeast"/>
        </w:trPr>
        <w:tc>
          <w:tcPr>
            <w:tcW w:type="dxa" w:w="495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УП-К</w:t>
            </w:r>
          </w:p>
        </w:tc>
        <w:tc>
          <w:tcPr>
            <w:tcW w:type="dxa" w:w="156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2000 кг</w:t>
            </w:r>
          </w:p>
        </w:tc>
        <w:tc>
          <w:tcPr>
            <w:tcW w:type="dxa" w:w="215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4</w:t>
            </w:r>
          </w:p>
        </w:tc>
        <w:tc>
          <w:tcPr>
            <w:tcW w:type="dxa" w:w="1350"/>
            <w:vAlign w:val="center"/>
          </w:tcPr>
          <w:p>
            <w:pPr>
              <w:spacing w:before="0" w:after="0" w:line="252" w:lineRule="auto"/>
              <w:jc w:val="right"/>
            </w:pPr>
            <w:r/>
            <w:r>
              <w:rPr>
                <w:rFonts w:ascii="Segoe UI" w:hAnsi="Segoe UI" w:cs="Segoe UI" w:eastAsia="Segoe UI"/>
                <w:b/>
                <w:color w:val="1B2430"/>
                <w:sz w:val="19"/>
              </w:rPr>
              <w:t>1 203 367</w:t>
            </w:r>
          </w:p>
        </w:tc>
      </w:tr>
      <w:tr>
        <w:trPr>
          <w:cantSplit/>
          <w:trHeight w:val="300" w:hRule="atLeast"/>
        </w:trPr>
        <w:tc>
          <w:tcPr>
            <w:tcW w:type="dxa" w:w="495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УП-К</w:t>
            </w:r>
          </w:p>
        </w:tc>
        <w:tc>
          <w:tcPr>
            <w:tcW w:type="dxa" w:w="156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1000 кг</w:t>
            </w:r>
          </w:p>
        </w:tc>
        <w:tc>
          <w:tcPr>
            <w:tcW w:type="dxa" w:w="215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5</w:t>
            </w:r>
          </w:p>
        </w:tc>
        <w:tc>
          <w:tcPr>
            <w:tcW w:type="dxa" w:w="1350"/>
            <w:vAlign w:val="center"/>
            <w:shd w:val="clear" w:color="auto" w:fill="F7F9FB"/>
          </w:tcPr>
          <w:p>
            <w:pPr>
              <w:spacing w:before="0" w:after="0" w:line="252" w:lineRule="auto"/>
              <w:jc w:val="right"/>
            </w:pPr>
            <w:r/>
            <w:r>
              <w:rPr>
                <w:rFonts w:ascii="Segoe UI" w:hAnsi="Segoe UI" w:cs="Segoe UI" w:eastAsia="Segoe UI"/>
                <w:b/>
                <w:color w:val="1B2430"/>
                <w:sz w:val="19"/>
              </w:rPr>
              <w:t>1 229 567</w:t>
            </w:r>
          </w:p>
        </w:tc>
      </w:tr>
      <w:tr>
        <w:trPr>
          <w:cantSplit/>
          <w:trHeight w:val="300" w:hRule="atLeast"/>
        </w:trPr>
        <w:tc>
          <w:tcPr>
            <w:tcW w:type="dxa" w:w="495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УП-К</w:t>
            </w:r>
          </w:p>
        </w:tc>
        <w:tc>
          <w:tcPr>
            <w:tcW w:type="dxa" w:w="156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500 кг, нерж. AISI-304</w:t>
            </w:r>
          </w:p>
        </w:tc>
        <w:tc>
          <w:tcPr>
            <w:tcW w:type="dxa" w:w="215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2</w:t>
            </w:r>
          </w:p>
        </w:tc>
        <w:tc>
          <w:tcPr>
            <w:tcW w:type="dxa" w:w="1350"/>
            <w:vAlign w:val="center"/>
          </w:tcPr>
          <w:p>
            <w:pPr>
              <w:spacing w:before="0" w:after="0" w:line="252" w:lineRule="auto"/>
              <w:jc w:val="right"/>
            </w:pPr>
            <w:r/>
            <w:r>
              <w:rPr>
                <w:rFonts w:ascii="Segoe UI" w:hAnsi="Segoe UI" w:cs="Segoe UI" w:eastAsia="Segoe UI"/>
                <w:b/>
                <w:color w:val="1B2430"/>
                <w:sz w:val="19"/>
              </w:rPr>
              <w:t>1 362 404</w:t>
            </w:r>
          </w:p>
        </w:tc>
      </w:tr>
      <w:tr>
        <w:trPr>
          <w:cantSplit/>
          <w:trHeight w:val="300" w:hRule="atLeast"/>
        </w:trPr>
        <w:tc>
          <w:tcPr>
            <w:tcW w:type="dxa" w:w="495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УП-К</w:t>
            </w:r>
          </w:p>
        </w:tc>
        <w:tc>
          <w:tcPr>
            <w:tcW w:type="dxa" w:w="156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1500 кг</w:t>
            </w:r>
          </w:p>
        </w:tc>
        <w:tc>
          <w:tcPr>
            <w:tcW w:type="dxa" w:w="215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9</w:t>
            </w:r>
          </w:p>
        </w:tc>
        <w:tc>
          <w:tcPr>
            <w:tcW w:type="dxa" w:w="1350"/>
            <w:vAlign w:val="center"/>
            <w:shd w:val="clear" w:color="auto" w:fill="F7F9FB"/>
          </w:tcPr>
          <w:p>
            <w:pPr>
              <w:spacing w:before="0" w:after="0" w:line="252" w:lineRule="auto"/>
              <w:jc w:val="right"/>
            </w:pPr>
            <w:r/>
            <w:r>
              <w:rPr>
                <w:rFonts w:ascii="Segoe UI" w:hAnsi="Segoe UI" w:cs="Segoe UI" w:eastAsia="Segoe UI"/>
                <w:b/>
                <w:color w:val="1B2430"/>
                <w:sz w:val="19"/>
              </w:rPr>
              <w:t>1 486 452</w:t>
            </w:r>
          </w:p>
        </w:tc>
      </w:tr>
      <w:tr>
        <w:trPr>
          <w:cantSplit/>
          <w:trHeight w:val="300" w:hRule="atLeast"/>
        </w:trPr>
        <w:tc>
          <w:tcPr>
            <w:tcW w:type="dxa" w:w="495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УП-К</w:t>
            </w:r>
          </w:p>
        </w:tc>
        <w:tc>
          <w:tcPr>
            <w:tcW w:type="dxa" w:w="156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3000 кг</w:t>
            </w:r>
          </w:p>
        </w:tc>
        <w:tc>
          <w:tcPr>
            <w:tcW w:type="dxa" w:w="215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2</w:t>
            </w:r>
          </w:p>
        </w:tc>
        <w:tc>
          <w:tcPr>
            <w:tcW w:type="dxa" w:w="1350"/>
            <w:vAlign w:val="center"/>
          </w:tcPr>
          <w:p>
            <w:pPr>
              <w:spacing w:before="0" w:after="0" w:line="252" w:lineRule="auto"/>
              <w:jc w:val="right"/>
            </w:pPr>
            <w:r/>
            <w:r>
              <w:rPr>
                <w:rFonts w:ascii="Segoe UI" w:hAnsi="Segoe UI" w:cs="Segoe UI" w:eastAsia="Segoe UI"/>
                <w:b/>
                <w:color w:val="1B2430"/>
                <w:sz w:val="19"/>
              </w:rPr>
              <w:t>1 748 400</w:t>
            </w:r>
          </w:p>
        </w:tc>
      </w:tr>
      <w:tr>
        <w:trPr>
          <w:cantSplit/>
          <w:trHeight w:val="300" w:hRule="atLeast"/>
        </w:trPr>
        <w:tc>
          <w:tcPr>
            <w:tcW w:type="dxa" w:w="495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УП-К</w:t>
            </w:r>
          </w:p>
        </w:tc>
        <w:tc>
          <w:tcPr>
            <w:tcW w:type="dxa" w:w="156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1500 кг</w:t>
            </w:r>
          </w:p>
        </w:tc>
        <w:tc>
          <w:tcPr>
            <w:tcW w:type="dxa" w:w="215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2</w:t>
            </w:r>
          </w:p>
        </w:tc>
        <w:tc>
          <w:tcPr>
            <w:tcW w:type="dxa" w:w="1350"/>
            <w:vAlign w:val="center"/>
            <w:shd w:val="clear" w:color="auto" w:fill="F7F9FB"/>
          </w:tcPr>
          <w:p>
            <w:pPr>
              <w:spacing w:before="0" w:after="0" w:line="252" w:lineRule="auto"/>
              <w:jc w:val="right"/>
            </w:pPr>
            <w:r/>
            <w:r>
              <w:rPr>
                <w:rFonts w:ascii="Segoe UI" w:hAnsi="Segoe UI" w:cs="Segoe UI" w:eastAsia="Segoe UI"/>
                <w:b/>
                <w:color w:val="1B2430"/>
                <w:sz w:val="19"/>
              </w:rPr>
              <w:t>2 255 529</w:t>
            </w:r>
          </w:p>
        </w:tc>
      </w:tr>
      <w:tr>
        <w:trPr>
          <w:cantSplit/>
          <w:trHeight w:val="300" w:hRule="atLeast"/>
        </w:trPr>
        <w:tc>
          <w:tcPr>
            <w:tcW w:type="dxa" w:w="495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УП-К</w:t>
            </w:r>
          </w:p>
        </w:tc>
        <w:tc>
          <w:tcPr>
            <w:tcW w:type="dxa" w:w="156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2000 кг</w:t>
            </w:r>
          </w:p>
        </w:tc>
        <w:tc>
          <w:tcPr>
            <w:tcW w:type="dxa" w:w="215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6</w:t>
            </w:r>
          </w:p>
        </w:tc>
        <w:tc>
          <w:tcPr>
            <w:tcW w:type="dxa" w:w="1350"/>
            <w:vAlign w:val="center"/>
          </w:tcPr>
          <w:p>
            <w:pPr>
              <w:spacing w:before="0" w:after="0" w:line="252" w:lineRule="auto"/>
              <w:jc w:val="right"/>
            </w:pPr>
            <w:r/>
            <w:r>
              <w:rPr>
                <w:rFonts w:ascii="Segoe UI" w:hAnsi="Segoe UI" w:cs="Segoe UI" w:eastAsia="Segoe UI"/>
                <w:b/>
                <w:color w:val="1B2430"/>
                <w:sz w:val="19"/>
              </w:rPr>
              <w:t>9 831 030</w:t>
            </w:r>
          </w:p>
        </w:tc>
      </w:tr>
      <w:tr>
        <w:trPr>
          <w:cantSplit/>
          <w:trHeight w:val="300" w:hRule="atLeast"/>
        </w:trPr>
        <w:tc>
          <w:tcPr>
            <w:tcW w:type="dxa" w:w="495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УП-Ш</w:t>
            </w:r>
          </w:p>
        </w:tc>
        <w:tc>
          <w:tcPr>
            <w:tcW w:type="dxa" w:w="156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100 кг</w:t>
            </w:r>
          </w:p>
        </w:tc>
        <w:tc>
          <w:tcPr>
            <w:tcW w:type="dxa" w:w="215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2</w:t>
            </w:r>
          </w:p>
        </w:tc>
        <w:tc>
          <w:tcPr>
            <w:tcW w:type="dxa" w:w="1350"/>
            <w:vAlign w:val="center"/>
            <w:shd w:val="clear" w:color="auto" w:fill="F7F9FB"/>
          </w:tcPr>
          <w:p>
            <w:pPr>
              <w:spacing w:before="0" w:after="0" w:line="252" w:lineRule="auto"/>
              <w:jc w:val="right"/>
            </w:pPr>
            <w:r/>
            <w:r>
              <w:rPr>
                <w:rFonts w:ascii="Segoe UI" w:hAnsi="Segoe UI" w:cs="Segoe UI" w:eastAsia="Segoe UI"/>
                <w:b/>
                <w:color w:val="1B2430"/>
                <w:sz w:val="19"/>
              </w:rPr>
              <w:t>217 552</w:t>
            </w:r>
          </w:p>
        </w:tc>
      </w:tr>
      <w:tr>
        <w:trPr>
          <w:cantSplit/>
          <w:trHeight w:val="300" w:hRule="atLeast"/>
        </w:trPr>
        <w:tc>
          <w:tcPr>
            <w:tcW w:type="dxa" w:w="495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УП-Ш</w:t>
            </w:r>
          </w:p>
        </w:tc>
        <w:tc>
          <w:tcPr>
            <w:tcW w:type="dxa" w:w="156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200 кг</w:t>
            </w:r>
          </w:p>
        </w:tc>
        <w:tc>
          <w:tcPr>
            <w:tcW w:type="dxa" w:w="215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2</w:t>
            </w:r>
          </w:p>
        </w:tc>
        <w:tc>
          <w:tcPr>
            <w:tcW w:type="dxa" w:w="1350"/>
            <w:vAlign w:val="center"/>
          </w:tcPr>
          <w:p>
            <w:pPr>
              <w:spacing w:before="0" w:after="0" w:line="252" w:lineRule="auto"/>
              <w:jc w:val="right"/>
            </w:pPr>
            <w:r/>
            <w:r>
              <w:rPr>
                <w:rFonts w:ascii="Segoe UI" w:hAnsi="Segoe UI" w:cs="Segoe UI" w:eastAsia="Segoe UI"/>
                <w:b/>
                <w:color w:val="1B2430"/>
                <w:sz w:val="19"/>
              </w:rPr>
              <w:t>216 690</w:t>
            </w:r>
          </w:p>
        </w:tc>
      </w:tr>
      <w:tr>
        <w:trPr>
          <w:cantSplit/>
          <w:trHeight w:val="300" w:hRule="atLeast"/>
        </w:trPr>
        <w:tc>
          <w:tcPr>
            <w:tcW w:type="dxa" w:w="495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УП-Ш</w:t>
            </w:r>
          </w:p>
        </w:tc>
        <w:tc>
          <w:tcPr>
            <w:tcW w:type="dxa" w:w="156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100 кг</w:t>
            </w:r>
          </w:p>
        </w:tc>
        <w:tc>
          <w:tcPr>
            <w:tcW w:type="dxa" w:w="215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4</w:t>
            </w:r>
          </w:p>
        </w:tc>
        <w:tc>
          <w:tcPr>
            <w:tcW w:type="dxa" w:w="1350"/>
            <w:vAlign w:val="center"/>
            <w:shd w:val="clear" w:color="auto" w:fill="F7F9FB"/>
          </w:tcPr>
          <w:p>
            <w:pPr>
              <w:spacing w:before="0" w:after="0" w:line="252" w:lineRule="auto"/>
              <w:jc w:val="right"/>
            </w:pPr>
            <w:r/>
            <w:r>
              <w:rPr>
                <w:rFonts w:ascii="Segoe UI" w:hAnsi="Segoe UI" w:cs="Segoe UI" w:eastAsia="Segoe UI"/>
                <w:b/>
                <w:color w:val="1B2430"/>
                <w:sz w:val="19"/>
              </w:rPr>
              <w:t>237 247</w:t>
            </w:r>
          </w:p>
        </w:tc>
      </w:tr>
      <w:tr>
        <w:trPr>
          <w:cantSplit/>
          <w:trHeight w:val="300" w:hRule="atLeast"/>
        </w:trPr>
        <w:tc>
          <w:tcPr>
            <w:tcW w:type="dxa" w:w="495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УП-Ш</w:t>
            </w:r>
          </w:p>
        </w:tc>
        <w:tc>
          <w:tcPr>
            <w:tcW w:type="dxa" w:w="156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150 кг</w:t>
            </w:r>
          </w:p>
        </w:tc>
        <w:tc>
          <w:tcPr>
            <w:tcW w:type="dxa" w:w="215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2</w:t>
            </w:r>
          </w:p>
        </w:tc>
        <w:tc>
          <w:tcPr>
            <w:tcW w:type="dxa" w:w="1350"/>
            <w:vAlign w:val="center"/>
          </w:tcPr>
          <w:p>
            <w:pPr>
              <w:spacing w:before="0" w:after="0" w:line="252" w:lineRule="auto"/>
              <w:jc w:val="right"/>
            </w:pPr>
            <w:r/>
            <w:r>
              <w:rPr>
                <w:rFonts w:ascii="Segoe UI" w:hAnsi="Segoe UI" w:cs="Segoe UI" w:eastAsia="Segoe UI"/>
                <w:b/>
                <w:color w:val="1B2430"/>
                <w:sz w:val="19"/>
              </w:rPr>
              <w:t>267 003</w:t>
            </w:r>
          </w:p>
        </w:tc>
      </w:tr>
      <w:tr>
        <w:trPr>
          <w:cantSplit/>
          <w:trHeight w:val="300" w:hRule="atLeast"/>
        </w:trPr>
        <w:tc>
          <w:tcPr>
            <w:tcW w:type="dxa" w:w="495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УП-Ш</w:t>
            </w:r>
          </w:p>
        </w:tc>
        <w:tc>
          <w:tcPr>
            <w:tcW w:type="dxa" w:w="156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250 кг</w:t>
            </w:r>
          </w:p>
        </w:tc>
        <w:tc>
          <w:tcPr>
            <w:tcW w:type="dxa" w:w="215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3</w:t>
            </w:r>
          </w:p>
        </w:tc>
        <w:tc>
          <w:tcPr>
            <w:tcW w:type="dxa" w:w="1350"/>
            <w:vAlign w:val="center"/>
            <w:shd w:val="clear" w:color="auto" w:fill="F7F9FB"/>
          </w:tcPr>
          <w:p>
            <w:pPr>
              <w:spacing w:before="0" w:after="0" w:line="252" w:lineRule="auto"/>
              <w:jc w:val="right"/>
            </w:pPr>
            <w:r/>
            <w:r>
              <w:rPr>
                <w:rFonts w:ascii="Segoe UI" w:hAnsi="Segoe UI" w:cs="Segoe UI" w:eastAsia="Segoe UI"/>
                <w:b/>
                <w:color w:val="1B2430"/>
                <w:sz w:val="19"/>
              </w:rPr>
              <w:t>309 783</w:t>
            </w:r>
          </w:p>
        </w:tc>
      </w:tr>
      <w:tr>
        <w:trPr>
          <w:cantSplit/>
          <w:trHeight w:val="300" w:hRule="atLeast"/>
        </w:trPr>
        <w:tc>
          <w:tcPr>
            <w:tcW w:type="dxa" w:w="495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УП-Ш</w:t>
            </w:r>
          </w:p>
        </w:tc>
        <w:tc>
          <w:tcPr>
            <w:tcW w:type="dxa" w:w="156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200 кг</w:t>
            </w:r>
          </w:p>
        </w:tc>
        <w:tc>
          <w:tcPr>
            <w:tcW w:type="dxa" w:w="215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3</w:t>
            </w:r>
          </w:p>
        </w:tc>
        <w:tc>
          <w:tcPr>
            <w:tcW w:type="dxa" w:w="1350"/>
            <w:vAlign w:val="center"/>
          </w:tcPr>
          <w:p>
            <w:pPr>
              <w:spacing w:before="0" w:after="0" w:line="252" w:lineRule="auto"/>
              <w:jc w:val="right"/>
            </w:pPr>
            <w:r/>
            <w:r>
              <w:rPr>
                <w:rFonts w:ascii="Segoe UI" w:hAnsi="Segoe UI" w:cs="Segoe UI" w:eastAsia="Segoe UI"/>
                <w:b/>
                <w:color w:val="1B2430"/>
                <w:sz w:val="19"/>
              </w:rPr>
              <w:t>318 486</w:t>
            </w:r>
          </w:p>
        </w:tc>
      </w:tr>
      <w:tr>
        <w:trPr>
          <w:cantSplit/>
          <w:trHeight w:val="300" w:hRule="atLeast"/>
        </w:trPr>
        <w:tc>
          <w:tcPr>
            <w:tcW w:type="dxa" w:w="495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УП-Ш</w:t>
            </w:r>
          </w:p>
        </w:tc>
        <w:tc>
          <w:tcPr>
            <w:tcW w:type="dxa" w:w="156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225 кг</w:t>
            </w:r>
          </w:p>
        </w:tc>
        <w:tc>
          <w:tcPr>
            <w:tcW w:type="dxa" w:w="215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2</w:t>
            </w:r>
          </w:p>
        </w:tc>
        <w:tc>
          <w:tcPr>
            <w:tcW w:type="dxa" w:w="1350"/>
            <w:vAlign w:val="center"/>
            <w:shd w:val="clear" w:color="auto" w:fill="F7F9FB"/>
          </w:tcPr>
          <w:p>
            <w:pPr>
              <w:spacing w:before="0" w:after="0" w:line="252" w:lineRule="auto"/>
              <w:jc w:val="right"/>
            </w:pPr>
            <w:r/>
            <w:r>
              <w:rPr>
                <w:rFonts w:ascii="Segoe UI" w:hAnsi="Segoe UI" w:cs="Segoe UI" w:eastAsia="Segoe UI"/>
                <w:b/>
                <w:color w:val="1B2430"/>
                <w:sz w:val="19"/>
              </w:rPr>
              <w:t>322 199</w:t>
            </w:r>
          </w:p>
        </w:tc>
      </w:tr>
      <w:tr>
        <w:trPr>
          <w:cantSplit/>
          <w:trHeight w:val="300" w:hRule="atLeast"/>
        </w:trPr>
        <w:tc>
          <w:tcPr>
            <w:tcW w:type="dxa" w:w="495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УП-Ш</w:t>
            </w:r>
          </w:p>
        </w:tc>
        <w:tc>
          <w:tcPr>
            <w:tcW w:type="dxa" w:w="156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200 кг</w:t>
            </w:r>
          </w:p>
        </w:tc>
        <w:tc>
          <w:tcPr>
            <w:tcW w:type="dxa" w:w="215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4</w:t>
            </w:r>
          </w:p>
        </w:tc>
        <w:tc>
          <w:tcPr>
            <w:tcW w:type="dxa" w:w="1350"/>
            <w:vAlign w:val="center"/>
          </w:tcPr>
          <w:p>
            <w:pPr>
              <w:spacing w:before="0" w:after="0" w:line="252" w:lineRule="auto"/>
              <w:jc w:val="right"/>
            </w:pPr>
            <w:r/>
            <w:r>
              <w:rPr>
                <w:rFonts w:ascii="Segoe UI" w:hAnsi="Segoe UI" w:cs="Segoe UI" w:eastAsia="Segoe UI"/>
                <w:b/>
                <w:color w:val="1B2430"/>
                <w:sz w:val="19"/>
              </w:rPr>
              <w:t>337 869</w:t>
            </w:r>
          </w:p>
        </w:tc>
      </w:tr>
      <w:tr>
        <w:trPr>
          <w:cantSplit/>
          <w:trHeight w:val="300" w:hRule="atLeast"/>
        </w:trPr>
        <w:tc>
          <w:tcPr>
            <w:tcW w:type="dxa" w:w="495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УП-Ш</w:t>
            </w:r>
          </w:p>
        </w:tc>
        <w:tc>
          <w:tcPr>
            <w:tcW w:type="dxa" w:w="156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500 кг</w:t>
            </w:r>
          </w:p>
        </w:tc>
        <w:tc>
          <w:tcPr>
            <w:tcW w:type="dxa" w:w="215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3</w:t>
            </w:r>
          </w:p>
        </w:tc>
        <w:tc>
          <w:tcPr>
            <w:tcW w:type="dxa" w:w="1350"/>
            <w:vAlign w:val="center"/>
            <w:shd w:val="clear" w:color="auto" w:fill="F7F9FB"/>
          </w:tcPr>
          <w:p>
            <w:pPr>
              <w:spacing w:before="0" w:after="0" w:line="252" w:lineRule="auto"/>
              <w:jc w:val="right"/>
            </w:pPr>
            <w:r/>
            <w:r>
              <w:rPr>
                <w:rFonts w:ascii="Segoe UI" w:hAnsi="Segoe UI" w:cs="Segoe UI" w:eastAsia="Segoe UI"/>
                <w:b/>
                <w:color w:val="1B2430"/>
                <w:sz w:val="19"/>
              </w:rPr>
              <w:t>362 607</w:t>
            </w:r>
          </w:p>
        </w:tc>
      </w:tr>
      <w:tr>
        <w:trPr>
          <w:cantSplit/>
          <w:trHeight w:val="300" w:hRule="atLeast"/>
        </w:trPr>
        <w:tc>
          <w:tcPr>
            <w:tcW w:type="dxa" w:w="495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УП-Ш</w:t>
            </w:r>
          </w:p>
        </w:tc>
        <w:tc>
          <w:tcPr>
            <w:tcW w:type="dxa" w:w="156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1000 кг</w:t>
            </w:r>
          </w:p>
        </w:tc>
        <w:tc>
          <w:tcPr>
            <w:tcW w:type="dxa" w:w="215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2</w:t>
            </w:r>
          </w:p>
        </w:tc>
        <w:tc>
          <w:tcPr>
            <w:tcW w:type="dxa" w:w="1350"/>
            <w:vAlign w:val="center"/>
          </w:tcPr>
          <w:p>
            <w:pPr>
              <w:spacing w:before="0" w:after="0" w:line="252" w:lineRule="auto"/>
              <w:jc w:val="right"/>
            </w:pPr>
            <w:r/>
            <w:r>
              <w:rPr>
                <w:rFonts w:ascii="Segoe UI" w:hAnsi="Segoe UI" w:cs="Segoe UI" w:eastAsia="Segoe UI"/>
                <w:b/>
                <w:color w:val="1B2430"/>
                <w:sz w:val="19"/>
              </w:rPr>
              <w:t>372 000</w:t>
            </w:r>
          </w:p>
        </w:tc>
      </w:tr>
      <w:tr>
        <w:trPr>
          <w:cantSplit/>
          <w:trHeight w:val="300" w:hRule="atLeast"/>
        </w:trPr>
        <w:tc>
          <w:tcPr>
            <w:tcW w:type="dxa" w:w="495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УП-Ш</w:t>
            </w:r>
          </w:p>
        </w:tc>
        <w:tc>
          <w:tcPr>
            <w:tcW w:type="dxa" w:w="156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100 кг</w:t>
            </w:r>
          </w:p>
        </w:tc>
        <w:tc>
          <w:tcPr>
            <w:tcW w:type="dxa" w:w="215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5 (непроходная)</w:t>
            </w:r>
          </w:p>
        </w:tc>
        <w:tc>
          <w:tcPr>
            <w:tcW w:type="dxa" w:w="1350"/>
            <w:vAlign w:val="center"/>
            <w:shd w:val="clear" w:color="auto" w:fill="F7F9FB"/>
          </w:tcPr>
          <w:p>
            <w:pPr>
              <w:spacing w:before="0" w:after="0" w:line="252" w:lineRule="auto"/>
              <w:jc w:val="right"/>
            </w:pPr>
            <w:r/>
            <w:r>
              <w:rPr>
                <w:rFonts w:ascii="Segoe UI" w:hAnsi="Segoe UI" w:cs="Segoe UI" w:eastAsia="Segoe UI"/>
                <w:b/>
                <w:color w:val="1B2430"/>
                <w:sz w:val="19"/>
              </w:rPr>
              <w:t>376 036</w:t>
            </w:r>
          </w:p>
        </w:tc>
      </w:tr>
      <w:tr>
        <w:trPr>
          <w:cantSplit/>
          <w:trHeight w:val="300" w:hRule="atLeast"/>
        </w:trPr>
        <w:tc>
          <w:tcPr>
            <w:tcW w:type="dxa" w:w="495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УП-Ш</w:t>
            </w:r>
          </w:p>
        </w:tc>
        <w:tc>
          <w:tcPr>
            <w:tcW w:type="dxa" w:w="156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250 кг</w:t>
            </w:r>
          </w:p>
        </w:tc>
        <w:tc>
          <w:tcPr>
            <w:tcW w:type="dxa" w:w="215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2</w:t>
            </w:r>
          </w:p>
        </w:tc>
        <w:tc>
          <w:tcPr>
            <w:tcW w:type="dxa" w:w="1350"/>
            <w:vAlign w:val="center"/>
          </w:tcPr>
          <w:p>
            <w:pPr>
              <w:spacing w:before="0" w:after="0" w:line="252" w:lineRule="auto"/>
              <w:jc w:val="right"/>
            </w:pPr>
            <w:r/>
            <w:r>
              <w:rPr>
                <w:rFonts w:ascii="Segoe UI" w:hAnsi="Segoe UI" w:cs="Segoe UI" w:eastAsia="Segoe UI"/>
                <w:b/>
                <w:color w:val="1B2430"/>
                <w:sz w:val="19"/>
              </w:rPr>
              <w:t>394 804</w:t>
            </w:r>
          </w:p>
        </w:tc>
      </w:tr>
      <w:tr>
        <w:trPr>
          <w:cantSplit/>
          <w:trHeight w:val="300" w:hRule="atLeast"/>
        </w:trPr>
        <w:tc>
          <w:tcPr>
            <w:tcW w:type="dxa" w:w="495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УП-Ш</w:t>
            </w:r>
          </w:p>
        </w:tc>
        <w:tc>
          <w:tcPr>
            <w:tcW w:type="dxa" w:w="156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100 кг</w:t>
            </w:r>
          </w:p>
        </w:tc>
        <w:tc>
          <w:tcPr>
            <w:tcW w:type="dxa" w:w="215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5 (проходная)</w:t>
            </w:r>
          </w:p>
        </w:tc>
        <w:tc>
          <w:tcPr>
            <w:tcW w:type="dxa" w:w="1350"/>
            <w:vAlign w:val="center"/>
            <w:shd w:val="clear" w:color="auto" w:fill="F7F9FB"/>
          </w:tcPr>
          <w:p>
            <w:pPr>
              <w:spacing w:before="0" w:after="0" w:line="252" w:lineRule="auto"/>
              <w:jc w:val="right"/>
            </w:pPr>
            <w:r/>
            <w:r>
              <w:rPr>
                <w:rFonts w:ascii="Segoe UI" w:hAnsi="Segoe UI" w:cs="Segoe UI" w:eastAsia="Segoe UI"/>
                <w:b/>
                <w:color w:val="1B2430"/>
                <w:sz w:val="19"/>
              </w:rPr>
              <w:t>397 817</w:t>
            </w:r>
          </w:p>
        </w:tc>
      </w:tr>
      <w:tr>
        <w:trPr>
          <w:cantSplit/>
          <w:trHeight w:val="300" w:hRule="atLeast"/>
        </w:trPr>
        <w:tc>
          <w:tcPr>
            <w:tcW w:type="dxa" w:w="495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УП-Ш</w:t>
            </w:r>
          </w:p>
        </w:tc>
        <w:tc>
          <w:tcPr>
            <w:tcW w:type="dxa" w:w="156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500 кг</w:t>
            </w:r>
          </w:p>
        </w:tc>
        <w:tc>
          <w:tcPr>
            <w:tcW w:type="dxa" w:w="215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2 (H=7200)</w:t>
            </w:r>
          </w:p>
        </w:tc>
        <w:tc>
          <w:tcPr>
            <w:tcW w:type="dxa" w:w="1350"/>
            <w:vAlign w:val="center"/>
          </w:tcPr>
          <w:p>
            <w:pPr>
              <w:spacing w:before="0" w:after="0" w:line="252" w:lineRule="auto"/>
              <w:jc w:val="right"/>
            </w:pPr>
            <w:r/>
            <w:r>
              <w:rPr>
                <w:rFonts w:ascii="Segoe UI" w:hAnsi="Segoe UI" w:cs="Segoe UI" w:eastAsia="Segoe UI"/>
                <w:b/>
                <w:color w:val="1B2430"/>
                <w:sz w:val="19"/>
              </w:rPr>
              <w:t>405 798</w:t>
            </w:r>
          </w:p>
        </w:tc>
      </w:tr>
      <w:tr>
        <w:trPr>
          <w:cantSplit/>
          <w:trHeight w:val="300" w:hRule="atLeast"/>
        </w:trPr>
        <w:tc>
          <w:tcPr>
            <w:tcW w:type="dxa" w:w="495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УП-Ш</w:t>
            </w:r>
          </w:p>
        </w:tc>
        <w:tc>
          <w:tcPr>
            <w:tcW w:type="dxa" w:w="156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500 кг</w:t>
            </w:r>
          </w:p>
        </w:tc>
        <w:tc>
          <w:tcPr>
            <w:tcW w:type="dxa" w:w="215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2 (H=6200)</w:t>
            </w:r>
          </w:p>
        </w:tc>
        <w:tc>
          <w:tcPr>
            <w:tcW w:type="dxa" w:w="1350"/>
            <w:vAlign w:val="center"/>
            <w:shd w:val="clear" w:color="auto" w:fill="F7F9FB"/>
          </w:tcPr>
          <w:p>
            <w:pPr>
              <w:spacing w:before="0" w:after="0" w:line="252" w:lineRule="auto"/>
              <w:jc w:val="right"/>
            </w:pPr>
            <w:r/>
            <w:r>
              <w:rPr>
                <w:rFonts w:ascii="Segoe UI" w:hAnsi="Segoe UI" w:cs="Segoe UI" w:eastAsia="Segoe UI"/>
                <w:b/>
                <w:color w:val="1B2430"/>
                <w:sz w:val="19"/>
              </w:rPr>
              <w:t>418 855</w:t>
            </w:r>
          </w:p>
        </w:tc>
      </w:tr>
      <w:tr>
        <w:trPr>
          <w:cantSplit/>
          <w:trHeight w:val="300" w:hRule="atLeast"/>
        </w:trPr>
        <w:tc>
          <w:tcPr>
            <w:tcW w:type="dxa" w:w="495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УП-Ш</w:t>
            </w:r>
          </w:p>
        </w:tc>
        <w:tc>
          <w:tcPr>
            <w:tcW w:type="dxa" w:w="156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100 кг</w:t>
            </w:r>
          </w:p>
        </w:tc>
        <w:tc>
          <w:tcPr>
            <w:tcW w:type="dxa" w:w="215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5</w:t>
            </w:r>
          </w:p>
        </w:tc>
        <w:tc>
          <w:tcPr>
            <w:tcW w:type="dxa" w:w="1350"/>
            <w:vAlign w:val="center"/>
          </w:tcPr>
          <w:p>
            <w:pPr>
              <w:spacing w:before="0" w:after="0" w:line="252" w:lineRule="auto"/>
              <w:jc w:val="right"/>
            </w:pPr>
            <w:r/>
            <w:r>
              <w:rPr>
                <w:rFonts w:ascii="Segoe UI" w:hAnsi="Segoe UI" w:cs="Segoe UI" w:eastAsia="Segoe UI"/>
                <w:b/>
                <w:color w:val="1B2430"/>
                <w:sz w:val="19"/>
              </w:rPr>
              <w:t>480 599</w:t>
            </w:r>
          </w:p>
        </w:tc>
      </w:tr>
      <w:tr>
        <w:trPr>
          <w:cantSplit/>
          <w:trHeight w:val="300" w:hRule="atLeast"/>
        </w:trPr>
        <w:tc>
          <w:tcPr>
            <w:tcW w:type="dxa" w:w="495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УП-Ш</w:t>
            </w:r>
          </w:p>
        </w:tc>
        <w:tc>
          <w:tcPr>
            <w:tcW w:type="dxa" w:w="156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250 кг</w:t>
            </w:r>
          </w:p>
        </w:tc>
        <w:tc>
          <w:tcPr>
            <w:tcW w:type="dxa" w:w="215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5</w:t>
            </w:r>
          </w:p>
        </w:tc>
        <w:tc>
          <w:tcPr>
            <w:tcW w:type="dxa" w:w="1350"/>
            <w:vAlign w:val="center"/>
            <w:shd w:val="clear" w:color="auto" w:fill="F7F9FB"/>
          </w:tcPr>
          <w:p>
            <w:pPr>
              <w:spacing w:before="0" w:after="0" w:line="252" w:lineRule="auto"/>
              <w:jc w:val="right"/>
            </w:pPr>
            <w:r/>
            <w:r>
              <w:rPr>
                <w:rFonts w:ascii="Segoe UI" w:hAnsi="Segoe UI" w:cs="Segoe UI" w:eastAsia="Segoe UI"/>
                <w:b/>
                <w:color w:val="1B2430"/>
                <w:sz w:val="19"/>
              </w:rPr>
              <w:t>483 600</w:t>
            </w:r>
          </w:p>
        </w:tc>
      </w:tr>
      <w:tr>
        <w:trPr>
          <w:cantSplit/>
          <w:trHeight w:val="300" w:hRule="atLeast"/>
        </w:trPr>
        <w:tc>
          <w:tcPr>
            <w:tcW w:type="dxa" w:w="495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УП-Ш</w:t>
            </w:r>
          </w:p>
        </w:tc>
        <w:tc>
          <w:tcPr>
            <w:tcW w:type="dxa" w:w="156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500 кг</w:t>
            </w:r>
          </w:p>
        </w:tc>
        <w:tc>
          <w:tcPr>
            <w:tcW w:type="dxa" w:w="215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2</w:t>
            </w:r>
          </w:p>
        </w:tc>
        <w:tc>
          <w:tcPr>
            <w:tcW w:type="dxa" w:w="1350"/>
            <w:vAlign w:val="center"/>
          </w:tcPr>
          <w:p>
            <w:pPr>
              <w:spacing w:before="0" w:after="0" w:line="252" w:lineRule="auto"/>
              <w:jc w:val="right"/>
            </w:pPr>
            <w:r/>
            <w:r>
              <w:rPr>
                <w:rFonts w:ascii="Segoe UI" w:hAnsi="Segoe UI" w:cs="Segoe UI" w:eastAsia="Segoe UI"/>
                <w:b/>
                <w:color w:val="1B2430"/>
                <w:sz w:val="19"/>
              </w:rPr>
              <w:t>502 786</w:t>
            </w:r>
          </w:p>
        </w:tc>
      </w:tr>
      <w:tr>
        <w:trPr>
          <w:cantSplit/>
          <w:trHeight w:val="300" w:hRule="atLeast"/>
        </w:trPr>
        <w:tc>
          <w:tcPr>
            <w:tcW w:type="dxa" w:w="495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УП-Ш</w:t>
            </w:r>
          </w:p>
        </w:tc>
        <w:tc>
          <w:tcPr>
            <w:tcW w:type="dxa" w:w="156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1100 кг</w:t>
            </w:r>
          </w:p>
        </w:tc>
        <w:tc>
          <w:tcPr>
            <w:tcW w:type="dxa" w:w="215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2</w:t>
            </w:r>
          </w:p>
        </w:tc>
        <w:tc>
          <w:tcPr>
            <w:tcW w:type="dxa" w:w="1350"/>
            <w:vAlign w:val="center"/>
            <w:shd w:val="clear" w:color="auto" w:fill="F7F9FB"/>
          </w:tcPr>
          <w:p>
            <w:pPr>
              <w:spacing w:before="0" w:after="0" w:line="252" w:lineRule="auto"/>
              <w:jc w:val="right"/>
            </w:pPr>
            <w:r/>
            <w:r>
              <w:rPr>
                <w:rFonts w:ascii="Segoe UI" w:hAnsi="Segoe UI" w:cs="Segoe UI" w:eastAsia="Segoe UI"/>
                <w:b/>
                <w:color w:val="1B2430"/>
                <w:sz w:val="19"/>
              </w:rPr>
              <w:t>559 700</w:t>
            </w:r>
          </w:p>
        </w:tc>
      </w:tr>
      <w:tr>
        <w:trPr>
          <w:cantSplit/>
          <w:trHeight w:val="300" w:hRule="atLeast"/>
        </w:trPr>
        <w:tc>
          <w:tcPr>
            <w:tcW w:type="dxa" w:w="495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УП-Ш</w:t>
            </w:r>
          </w:p>
        </w:tc>
        <w:tc>
          <w:tcPr>
            <w:tcW w:type="dxa" w:w="156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350 кг</w:t>
            </w:r>
          </w:p>
        </w:tc>
        <w:tc>
          <w:tcPr>
            <w:tcW w:type="dxa" w:w="215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2</w:t>
            </w:r>
          </w:p>
        </w:tc>
        <w:tc>
          <w:tcPr>
            <w:tcW w:type="dxa" w:w="1350"/>
            <w:vAlign w:val="center"/>
          </w:tcPr>
          <w:p>
            <w:pPr>
              <w:spacing w:before="0" w:after="0" w:line="252" w:lineRule="auto"/>
              <w:jc w:val="right"/>
            </w:pPr>
            <w:r/>
            <w:r>
              <w:rPr>
                <w:rFonts w:ascii="Segoe UI" w:hAnsi="Segoe UI" w:cs="Segoe UI" w:eastAsia="Segoe UI"/>
                <w:b/>
                <w:color w:val="1B2430"/>
                <w:sz w:val="19"/>
              </w:rPr>
              <w:t>642 537</w:t>
            </w:r>
          </w:p>
        </w:tc>
      </w:tr>
      <w:tr>
        <w:trPr>
          <w:cantSplit/>
          <w:trHeight w:val="300" w:hRule="atLeast"/>
        </w:trPr>
        <w:tc>
          <w:tcPr>
            <w:tcW w:type="dxa" w:w="495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УП-Ш</w:t>
            </w:r>
          </w:p>
        </w:tc>
        <w:tc>
          <w:tcPr>
            <w:tcW w:type="dxa" w:w="156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100 кг</w:t>
            </w:r>
          </w:p>
        </w:tc>
        <w:tc>
          <w:tcPr>
            <w:tcW w:type="dxa" w:w="215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3</w:t>
            </w:r>
          </w:p>
        </w:tc>
        <w:tc>
          <w:tcPr>
            <w:tcW w:type="dxa" w:w="1350"/>
            <w:vAlign w:val="center"/>
            <w:shd w:val="clear" w:color="auto" w:fill="F7F9FB"/>
          </w:tcPr>
          <w:p>
            <w:pPr>
              <w:spacing w:before="0" w:after="0" w:line="252" w:lineRule="auto"/>
              <w:jc w:val="right"/>
            </w:pPr>
            <w:r/>
            <w:r>
              <w:rPr>
                <w:rFonts w:ascii="Segoe UI" w:hAnsi="Segoe UI" w:cs="Segoe UI" w:eastAsia="Segoe UI"/>
                <w:b/>
                <w:color w:val="1B2430"/>
                <w:sz w:val="19"/>
              </w:rPr>
              <w:t>653 480</w:t>
            </w:r>
          </w:p>
        </w:tc>
      </w:tr>
      <w:tr>
        <w:trPr>
          <w:cantSplit/>
          <w:trHeight w:val="300" w:hRule="atLeast"/>
        </w:trPr>
        <w:tc>
          <w:tcPr>
            <w:tcW w:type="dxa" w:w="495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УП-Ш</w:t>
            </w:r>
          </w:p>
        </w:tc>
        <w:tc>
          <w:tcPr>
            <w:tcW w:type="dxa" w:w="156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900 кг</w:t>
            </w:r>
          </w:p>
        </w:tc>
        <w:tc>
          <w:tcPr>
            <w:tcW w:type="dxa" w:w="215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3</w:t>
            </w:r>
          </w:p>
        </w:tc>
        <w:tc>
          <w:tcPr>
            <w:tcW w:type="dxa" w:w="1350"/>
            <w:vAlign w:val="center"/>
          </w:tcPr>
          <w:p>
            <w:pPr>
              <w:spacing w:before="0" w:after="0" w:line="252" w:lineRule="auto"/>
              <w:jc w:val="right"/>
            </w:pPr>
            <w:r/>
            <w:r>
              <w:rPr>
                <w:rFonts w:ascii="Segoe UI" w:hAnsi="Segoe UI" w:cs="Segoe UI" w:eastAsia="Segoe UI"/>
                <w:b/>
                <w:color w:val="1B2430"/>
                <w:sz w:val="19"/>
              </w:rPr>
              <w:t>697 500</w:t>
            </w:r>
          </w:p>
        </w:tc>
      </w:tr>
      <w:tr>
        <w:trPr>
          <w:cantSplit/>
          <w:trHeight w:val="300" w:hRule="atLeast"/>
        </w:trPr>
        <w:tc>
          <w:tcPr>
            <w:tcW w:type="dxa" w:w="495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УП-Ш</w:t>
            </w:r>
          </w:p>
        </w:tc>
        <w:tc>
          <w:tcPr>
            <w:tcW w:type="dxa" w:w="156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400 кг</w:t>
            </w:r>
          </w:p>
        </w:tc>
        <w:tc>
          <w:tcPr>
            <w:tcW w:type="dxa" w:w="215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3</w:t>
            </w:r>
          </w:p>
        </w:tc>
        <w:tc>
          <w:tcPr>
            <w:tcW w:type="dxa" w:w="1350"/>
            <w:vAlign w:val="center"/>
            <w:shd w:val="clear" w:color="auto" w:fill="F7F9FB"/>
          </w:tcPr>
          <w:p>
            <w:pPr>
              <w:spacing w:before="0" w:after="0" w:line="252" w:lineRule="auto"/>
              <w:jc w:val="right"/>
            </w:pPr>
            <w:r/>
            <w:r>
              <w:rPr>
                <w:rFonts w:ascii="Segoe UI" w:hAnsi="Segoe UI" w:cs="Segoe UI" w:eastAsia="Segoe UI"/>
                <w:b/>
                <w:color w:val="1B2430"/>
                <w:sz w:val="19"/>
              </w:rPr>
              <w:t>710 598</w:t>
            </w:r>
          </w:p>
        </w:tc>
      </w:tr>
      <w:tr>
        <w:trPr>
          <w:cantSplit/>
          <w:trHeight w:val="300" w:hRule="atLeast"/>
        </w:trPr>
        <w:tc>
          <w:tcPr>
            <w:tcW w:type="dxa" w:w="495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УП-Ш</w:t>
            </w:r>
          </w:p>
        </w:tc>
        <w:tc>
          <w:tcPr>
            <w:tcW w:type="dxa" w:w="156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750 кг</w:t>
            </w:r>
          </w:p>
        </w:tc>
        <w:tc>
          <w:tcPr>
            <w:tcW w:type="dxa" w:w="215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2</w:t>
            </w:r>
          </w:p>
        </w:tc>
        <w:tc>
          <w:tcPr>
            <w:tcW w:type="dxa" w:w="1350"/>
            <w:vAlign w:val="center"/>
          </w:tcPr>
          <w:p>
            <w:pPr>
              <w:spacing w:before="0" w:after="0" w:line="252" w:lineRule="auto"/>
              <w:jc w:val="right"/>
            </w:pPr>
            <w:r/>
            <w:r>
              <w:rPr>
                <w:rFonts w:ascii="Segoe UI" w:hAnsi="Segoe UI" w:cs="Segoe UI" w:eastAsia="Segoe UI"/>
                <w:b/>
                <w:color w:val="1B2430"/>
                <w:sz w:val="19"/>
              </w:rPr>
              <w:t>739 350</w:t>
            </w:r>
          </w:p>
        </w:tc>
      </w:tr>
      <w:tr>
        <w:trPr>
          <w:cantSplit/>
          <w:trHeight w:val="300" w:hRule="atLeast"/>
        </w:trPr>
        <w:tc>
          <w:tcPr>
            <w:tcW w:type="dxa" w:w="495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УП-Ш</w:t>
            </w:r>
          </w:p>
        </w:tc>
        <w:tc>
          <w:tcPr>
            <w:tcW w:type="dxa" w:w="156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400 кг</w:t>
            </w:r>
          </w:p>
        </w:tc>
        <w:tc>
          <w:tcPr>
            <w:tcW w:type="dxa" w:w="215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5</w:t>
            </w:r>
          </w:p>
        </w:tc>
        <w:tc>
          <w:tcPr>
            <w:tcW w:type="dxa" w:w="1350"/>
            <w:vAlign w:val="center"/>
            <w:shd w:val="clear" w:color="auto" w:fill="F7F9FB"/>
          </w:tcPr>
          <w:p>
            <w:pPr>
              <w:spacing w:before="0" w:after="0" w:line="252" w:lineRule="auto"/>
              <w:jc w:val="right"/>
            </w:pPr>
            <w:r/>
            <w:r>
              <w:rPr>
                <w:rFonts w:ascii="Segoe UI" w:hAnsi="Segoe UI" w:cs="Segoe UI" w:eastAsia="Segoe UI"/>
                <w:b/>
                <w:color w:val="1B2430"/>
                <w:sz w:val="19"/>
              </w:rPr>
              <w:t>813 287</w:t>
            </w:r>
          </w:p>
        </w:tc>
      </w:tr>
      <w:tr>
        <w:trPr>
          <w:cantSplit/>
          <w:trHeight w:val="300" w:hRule="atLeast"/>
        </w:trPr>
        <w:tc>
          <w:tcPr>
            <w:tcW w:type="dxa" w:w="495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УП-Ш</w:t>
            </w:r>
          </w:p>
        </w:tc>
        <w:tc>
          <w:tcPr>
            <w:tcW w:type="dxa" w:w="156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300 кг</w:t>
            </w:r>
          </w:p>
        </w:tc>
        <w:tc>
          <w:tcPr>
            <w:tcW w:type="dxa" w:w="215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2</w:t>
            </w:r>
          </w:p>
        </w:tc>
        <w:tc>
          <w:tcPr>
            <w:tcW w:type="dxa" w:w="1350"/>
            <w:vAlign w:val="center"/>
          </w:tcPr>
          <w:p>
            <w:pPr>
              <w:spacing w:before="0" w:after="0" w:line="252" w:lineRule="auto"/>
              <w:jc w:val="right"/>
            </w:pPr>
            <w:r/>
            <w:r>
              <w:rPr>
                <w:rFonts w:ascii="Segoe UI" w:hAnsi="Segoe UI" w:cs="Segoe UI" w:eastAsia="Segoe UI"/>
                <w:b/>
                <w:color w:val="1B2430"/>
                <w:sz w:val="19"/>
              </w:rPr>
              <w:t>888 150</w:t>
            </w:r>
          </w:p>
        </w:tc>
      </w:tr>
      <w:tr>
        <w:trPr>
          <w:cantSplit/>
          <w:trHeight w:val="300" w:hRule="atLeast"/>
        </w:trPr>
        <w:tc>
          <w:tcPr>
            <w:tcW w:type="dxa" w:w="495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УП-Ш</w:t>
            </w:r>
          </w:p>
        </w:tc>
        <w:tc>
          <w:tcPr>
            <w:tcW w:type="dxa" w:w="156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400 кг</w:t>
            </w:r>
          </w:p>
        </w:tc>
        <w:tc>
          <w:tcPr>
            <w:tcW w:type="dxa" w:w="215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2</w:t>
            </w:r>
          </w:p>
        </w:tc>
        <w:tc>
          <w:tcPr>
            <w:tcW w:type="dxa" w:w="1350"/>
            <w:vAlign w:val="center"/>
            <w:shd w:val="clear" w:color="auto" w:fill="F7F9FB"/>
          </w:tcPr>
          <w:p>
            <w:pPr>
              <w:spacing w:before="0" w:after="0" w:line="252" w:lineRule="auto"/>
              <w:jc w:val="right"/>
            </w:pPr>
            <w:r/>
            <w:r>
              <w:rPr>
                <w:rFonts w:ascii="Segoe UI" w:hAnsi="Segoe UI" w:cs="Segoe UI" w:eastAsia="Segoe UI"/>
                <w:b/>
                <w:color w:val="1B2430"/>
                <w:sz w:val="19"/>
              </w:rPr>
              <w:t>974 640</w:t>
            </w:r>
          </w:p>
        </w:tc>
      </w:tr>
      <w:tr>
        <w:trPr>
          <w:cantSplit/>
          <w:trHeight w:val="300" w:hRule="atLeast"/>
        </w:trPr>
        <w:tc>
          <w:tcPr>
            <w:tcW w:type="dxa" w:w="495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УП-Ш</w:t>
            </w:r>
          </w:p>
        </w:tc>
        <w:tc>
          <w:tcPr>
            <w:tcW w:type="dxa" w:w="156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1700 кг</w:t>
            </w:r>
          </w:p>
        </w:tc>
        <w:tc>
          <w:tcPr>
            <w:tcW w:type="dxa" w:w="215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3</w:t>
            </w:r>
          </w:p>
        </w:tc>
        <w:tc>
          <w:tcPr>
            <w:tcW w:type="dxa" w:w="1350"/>
            <w:vAlign w:val="center"/>
          </w:tcPr>
          <w:p>
            <w:pPr>
              <w:spacing w:before="0" w:after="0" w:line="252" w:lineRule="auto"/>
              <w:jc w:val="right"/>
            </w:pPr>
            <w:r/>
            <w:r>
              <w:rPr>
                <w:rFonts w:ascii="Segoe UI" w:hAnsi="Segoe UI" w:cs="Segoe UI" w:eastAsia="Segoe UI"/>
                <w:b/>
                <w:color w:val="1B2430"/>
                <w:sz w:val="19"/>
              </w:rPr>
              <w:t>982 621</w:t>
            </w:r>
          </w:p>
        </w:tc>
      </w:tr>
      <w:tr>
        <w:trPr>
          <w:cantSplit/>
          <w:trHeight w:val="300" w:hRule="atLeast"/>
        </w:trPr>
        <w:tc>
          <w:tcPr>
            <w:tcW w:type="dxa" w:w="495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УП-Ш</w:t>
            </w:r>
          </w:p>
        </w:tc>
        <w:tc>
          <w:tcPr>
            <w:tcW w:type="dxa" w:w="156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700 кг</w:t>
            </w:r>
          </w:p>
        </w:tc>
        <w:tc>
          <w:tcPr>
            <w:tcW w:type="dxa" w:w="215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2</w:t>
            </w:r>
          </w:p>
        </w:tc>
        <w:tc>
          <w:tcPr>
            <w:tcW w:type="dxa" w:w="1350"/>
            <w:vAlign w:val="center"/>
            <w:shd w:val="clear" w:color="auto" w:fill="F7F9FB"/>
          </w:tcPr>
          <w:p>
            <w:pPr>
              <w:spacing w:before="0" w:after="0" w:line="252" w:lineRule="auto"/>
              <w:jc w:val="right"/>
            </w:pPr>
            <w:r/>
            <w:r>
              <w:rPr>
                <w:rFonts w:ascii="Segoe UI" w:hAnsi="Segoe UI" w:cs="Segoe UI" w:eastAsia="Segoe UI"/>
                <w:b/>
                <w:color w:val="1B2430"/>
                <w:sz w:val="19"/>
              </w:rPr>
              <w:t>1 015 002</w:t>
            </w:r>
          </w:p>
        </w:tc>
      </w:tr>
      <w:tr>
        <w:trPr>
          <w:cantSplit/>
          <w:trHeight w:val="300" w:hRule="atLeast"/>
        </w:trPr>
        <w:tc>
          <w:tcPr>
            <w:tcW w:type="dxa" w:w="495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УП-Ш</w:t>
            </w:r>
          </w:p>
        </w:tc>
        <w:tc>
          <w:tcPr>
            <w:tcW w:type="dxa" w:w="156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1800 кг</w:t>
            </w:r>
          </w:p>
        </w:tc>
        <w:tc>
          <w:tcPr>
            <w:tcW w:type="dxa" w:w="215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2</w:t>
            </w:r>
          </w:p>
        </w:tc>
        <w:tc>
          <w:tcPr>
            <w:tcW w:type="dxa" w:w="1350"/>
            <w:vAlign w:val="center"/>
          </w:tcPr>
          <w:p>
            <w:pPr>
              <w:spacing w:before="0" w:after="0" w:line="252" w:lineRule="auto"/>
              <w:jc w:val="right"/>
            </w:pPr>
            <w:r/>
            <w:r>
              <w:rPr>
                <w:rFonts w:ascii="Segoe UI" w:hAnsi="Segoe UI" w:cs="Segoe UI" w:eastAsia="Segoe UI"/>
                <w:b/>
                <w:color w:val="1B2430"/>
                <w:sz w:val="19"/>
              </w:rPr>
              <w:t>1 050 900</w:t>
            </w:r>
          </w:p>
        </w:tc>
      </w:tr>
      <w:tr>
        <w:trPr>
          <w:cantSplit/>
          <w:trHeight w:val="300" w:hRule="atLeast"/>
        </w:trPr>
        <w:tc>
          <w:tcPr>
            <w:tcW w:type="dxa" w:w="495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УП-Ш</w:t>
            </w:r>
          </w:p>
        </w:tc>
        <w:tc>
          <w:tcPr>
            <w:tcW w:type="dxa" w:w="156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1000 кг</w:t>
            </w:r>
          </w:p>
        </w:tc>
        <w:tc>
          <w:tcPr>
            <w:tcW w:type="dxa" w:w="215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5</w:t>
            </w:r>
          </w:p>
        </w:tc>
        <w:tc>
          <w:tcPr>
            <w:tcW w:type="dxa" w:w="1350"/>
            <w:vAlign w:val="center"/>
            <w:shd w:val="clear" w:color="auto" w:fill="F7F9FB"/>
          </w:tcPr>
          <w:p>
            <w:pPr>
              <w:spacing w:before="0" w:after="0" w:line="252" w:lineRule="auto"/>
              <w:jc w:val="right"/>
            </w:pPr>
            <w:r/>
            <w:r>
              <w:rPr>
                <w:rFonts w:ascii="Segoe UI" w:hAnsi="Segoe UI" w:cs="Segoe UI" w:eastAsia="Segoe UI"/>
                <w:b/>
                <w:color w:val="1B2430"/>
                <w:sz w:val="19"/>
              </w:rPr>
              <w:t>1 082 048</w:t>
            </w:r>
          </w:p>
        </w:tc>
      </w:tr>
      <w:tr>
        <w:trPr>
          <w:cantSplit/>
          <w:trHeight w:val="300" w:hRule="atLeast"/>
        </w:trPr>
        <w:tc>
          <w:tcPr>
            <w:tcW w:type="dxa" w:w="495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УП-Ш</w:t>
            </w:r>
          </w:p>
        </w:tc>
        <w:tc>
          <w:tcPr>
            <w:tcW w:type="dxa" w:w="156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1000 кг</w:t>
            </w:r>
          </w:p>
        </w:tc>
        <w:tc>
          <w:tcPr>
            <w:tcW w:type="dxa" w:w="215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4</w:t>
            </w:r>
          </w:p>
        </w:tc>
        <w:tc>
          <w:tcPr>
            <w:tcW w:type="dxa" w:w="1350"/>
            <w:vAlign w:val="center"/>
          </w:tcPr>
          <w:p>
            <w:pPr>
              <w:spacing w:before="0" w:after="0" w:line="252" w:lineRule="auto"/>
              <w:jc w:val="right"/>
            </w:pPr>
            <w:r/>
            <w:r>
              <w:rPr>
                <w:rFonts w:ascii="Segoe UI" w:hAnsi="Segoe UI" w:cs="Segoe UI" w:eastAsia="Segoe UI"/>
                <w:b/>
                <w:color w:val="1B2430"/>
                <w:sz w:val="19"/>
              </w:rPr>
              <w:t>1 134 600</w:t>
            </w:r>
          </w:p>
        </w:tc>
      </w:tr>
      <w:tr>
        <w:trPr>
          <w:cantSplit/>
          <w:trHeight w:val="300" w:hRule="atLeast"/>
        </w:trPr>
        <w:tc>
          <w:tcPr>
            <w:tcW w:type="dxa" w:w="495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УП-Ш</w:t>
            </w:r>
          </w:p>
        </w:tc>
        <w:tc>
          <w:tcPr>
            <w:tcW w:type="dxa" w:w="156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1500 кг</w:t>
            </w:r>
          </w:p>
        </w:tc>
        <w:tc>
          <w:tcPr>
            <w:tcW w:type="dxa" w:w="215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2</w:t>
            </w:r>
          </w:p>
        </w:tc>
        <w:tc>
          <w:tcPr>
            <w:tcW w:type="dxa" w:w="1350"/>
            <w:vAlign w:val="center"/>
            <w:shd w:val="clear" w:color="auto" w:fill="F7F9FB"/>
          </w:tcPr>
          <w:p>
            <w:pPr>
              <w:spacing w:before="0" w:after="0" w:line="252" w:lineRule="auto"/>
              <w:jc w:val="right"/>
            </w:pPr>
            <w:r/>
            <w:r>
              <w:rPr>
                <w:rFonts w:ascii="Segoe UI" w:hAnsi="Segoe UI" w:cs="Segoe UI" w:eastAsia="Segoe UI"/>
                <w:b/>
                <w:color w:val="1B2430"/>
                <w:sz w:val="19"/>
              </w:rPr>
              <w:t>1 302 930</w:t>
            </w:r>
          </w:p>
        </w:tc>
      </w:tr>
      <w:tr>
        <w:trPr>
          <w:cantSplit/>
          <w:trHeight w:val="300" w:hRule="atLeast"/>
        </w:trPr>
        <w:tc>
          <w:tcPr>
            <w:tcW w:type="dxa" w:w="495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УП-Ш</w:t>
            </w:r>
          </w:p>
        </w:tc>
        <w:tc>
          <w:tcPr>
            <w:tcW w:type="dxa" w:w="156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1500 кг</w:t>
            </w:r>
          </w:p>
        </w:tc>
        <w:tc>
          <w:tcPr>
            <w:tcW w:type="dxa" w:w="215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4</w:t>
            </w:r>
          </w:p>
        </w:tc>
        <w:tc>
          <w:tcPr>
            <w:tcW w:type="dxa" w:w="1350"/>
            <w:vAlign w:val="center"/>
          </w:tcPr>
          <w:p>
            <w:pPr>
              <w:spacing w:before="0" w:after="0" w:line="252" w:lineRule="auto"/>
              <w:jc w:val="right"/>
            </w:pPr>
            <w:r/>
            <w:r>
              <w:rPr>
                <w:rFonts w:ascii="Segoe UI" w:hAnsi="Segoe UI" w:cs="Segoe UI" w:eastAsia="Segoe UI"/>
                <w:b/>
                <w:color w:val="1B2430"/>
                <w:sz w:val="19"/>
              </w:rPr>
              <w:t>1 327 110</w:t>
            </w:r>
          </w:p>
        </w:tc>
      </w:tr>
      <w:tr>
        <w:trPr>
          <w:cantSplit/>
          <w:trHeight w:val="300" w:hRule="atLeast"/>
        </w:trPr>
        <w:tc>
          <w:tcPr>
            <w:tcW w:type="dxa" w:w="495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УП-Ш</w:t>
            </w:r>
          </w:p>
        </w:tc>
        <w:tc>
          <w:tcPr>
            <w:tcW w:type="dxa" w:w="156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2000 кг</w:t>
            </w:r>
          </w:p>
        </w:tc>
        <w:tc>
          <w:tcPr>
            <w:tcW w:type="dxa" w:w="215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6</w:t>
            </w:r>
          </w:p>
        </w:tc>
        <w:tc>
          <w:tcPr>
            <w:tcW w:type="dxa" w:w="1350"/>
            <w:vAlign w:val="center"/>
            <w:shd w:val="clear" w:color="auto" w:fill="F7F9FB"/>
          </w:tcPr>
          <w:p>
            <w:pPr>
              <w:spacing w:before="0" w:after="0" w:line="252" w:lineRule="auto"/>
              <w:jc w:val="right"/>
            </w:pPr>
            <w:r/>
            <w:r>
              <w:rPr>
                <w:rFonts w:ascii="Segoe UI" w:hAnsi="Segoe UI" w:cs="Segoe UI" w:eastAsia="Segoe UI"/>
                <w:b/>
                <w:color w:val="1B2430"/>
                <w:sz w:val="19"/>
              </w:rPr>
              <w:t>1 323 855</w:t>
            </w:r>
          </w:p>
        </w:tc>
      </w:tr>
      <w:tr>
        <w:trPr>
          <w:cantSplit/>
          <w:trHeight w:val="300" w:hRule="atLeast"/>
        </w:trPr>
        <w:tc>
          <w:tcPr>
            <w:tcW w:type="dxa" w:w="495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УП-Ш</w:t>
            </w:r>
          </w:p>
        </w:tc>
        <w:tc>
          <w:tcPr>
            <w:tcW w:type="dxa" w:w="156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2000 кг</w:t>
            </w:r>
          </w:p>
        </w:tc>
        <w:tc>
          <w:tcPr>
            <w:tcW w:type="dxa" w:w="215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2</w:t>
            </w:r>
          </w:p>
        </w:tc>
        <w:tc>
          <w:tcPr>
            <w:tcW w:type="dxa" w:w="1350"/>
            <w:vAlign w:val="center"/>
          </w:tcPr>
          <w:p>
            <w:pPr>
              <w:spacing w:before="0" w:after="0" w:line="252" w:lineRule="auto"/>
              <w:jc w:val="right"/>
            </w:pPr>
            <w:r/>
            <w:r>
              <w:rPr>
                <w:rFonts w:ascii="Segoe UI" w:hAnsi="Segoe UI" w:cs="Segoe UI" w:eastAsia="Segoe UI"/>
                <w:b/>
                <w:color w:val="1B2430"/>
                <w:sz w:val="19"/>
              </w:rPr>
              <w:t>1 557 285</w:t>
            </w:r>
          </w:p>
        </w:tc>
      </w:tr>
      <w:tr>
        <w:trPr>
          <w:cantSplit/>
          <w:trHeight w:val="300" w:hRule="atLeast"/>
        </w:trPr>
        <w:tc>
          <w:tcPr>
            <w:tcW w:type="dxa" w:w="495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УП-Ш</w:t>
            </w:r>
          </w:p>
        </w:tc>
        <w:tc>
          <w:tcPr>
            <w:tcW w:type="dxa" w:w="156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1000 кг</w:t>
            </w:r>
          </w:p>
        </w:tc>
        <w:tc>
          <w:tcPr>
            <w:tcW w:type="dxa" w:w="215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3</w:t>
            </w:r>
          </w:p>
        </w:tc>
        <w:tc>
          <w:tcPr>
            <w:tcW w:type="dxa" w:w="1350"/>
            <w:vAlign w:val="center"/>
            <w:shd w:val="clear" w:color="auto" w:fill="F7F9FB"/>
          </w:tcPr>
          <w:p>
            <w:pPr>
              <w:spacing w:before="0" w:after="0" w:line="252" w:lineRule="auto"/>
              <w:jc w:val="right"/>
            </w:pPr>
            <w:r/>
            <w:r>
              <w:rPr>
                <w:rFonts w:ascii="Segoe UI" w:hAnsi="Segoe UI" w:cs="Segoe UI" w:eastAsia="Segoe UI"/>
                <w:b/>
                <w:color w:val="1B2430"/>
                <w:sz w:val="19"/>
              </w:rPr>
              <w:t>1 541 475</w:t>
            </w:r>
          </w:p>
        </w:tc>
      </w:tr>
      <w:tr>
        <w:trPr>
          <w:cantSplit/>
          <w:trHeight w:val="300" w:hRule="atLeast"/>
        </w:trPr>
        <w:tc>
          <w:tcPr>
            <w:tcW w:type="dxa" w:w="495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УП-Ш</w:t>
            </w:r>
          </w:p>
        </w:tc>
        <w:tc>
          <w:tcPr>
            <w:tcW w:type="dxa" w:w="156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1600 кг</w:t>
            </w:r>
          </w:p>
        </w:tc>
        <w:tc>
          <w:tcPr>
            <w:tcW w:type="dxa" w:w="215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2</w:t>
            </w:r>
          </w:p>
        </w:tc>
        <w:tc>
          <w:tcPr>
            <w:tcW w:type="dxa" w:w="1350"/>
            <w:vAlign w:val="center"/>
          </w:tcPr>
          <w:p>
            <w:pPr>
              <w:spacing w:before="0" w:after="0" w:line="252" w:lineRule="auto"/>
              <w:jc w:val="right"/>
            </w:pPr>
            <w:r/>
            <w:r>
              <w:rPr>
                <w:rFonts w:ascii="Segoe UI" w:hAnsi="Segoe UI" w:cs="Segoe UI" w:eastAsia="Segoe UI"/>
                <w:b/>
                <w:color w:val="1B2430"/>
                <w:sz w:val="19"/>
              </w:rPr>
              <w:t>1 569 840</w:t>
            </w:r>
          </w:p>
        </w:tc>
      </w:tr>
      <w:tr>
        <w:trPr>
          <w:cantSplit/>
          <w:trHeight w:val="300" w:hRule="atLeast"/>
        </w:trPr>
        <w:tc>
          <w:tcPr>
            <w:tcW w:type="dxa" w:w="495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УП-Ш</w:t>
            </w:r>
          </w:p>
        </w:tc>
        <w:tc>
          <w:tcPr>
            <w:tcW w:type="dxa" w:w="156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1500 кг</w:t>
            </w:r>
          </w:p>
        </w:tc>
        <w:tc>
          <w:tcPr>
            <w:tcW w:type="dxa" w:w="215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3</w:t>
            </w:r>
          </w:p>
        </w:tc>
        <w:tc>
          <w:tcPr>
            <w:tcW w:type="dxa" w:w="1350"/>
            <w:vAlign w:val="center"/>
            <w:shd w:val="clear" w:color="auto" w:fill="F7F9FB"/>
          </w:tcPr>
          <w:p>
            <w:pPr>
              <w:spacing w:before="0" w:after="0" w:line="252" w:lineRule="auto"/>
              <w:jc w:val="right"/>
            </w:pPr>
            <w:r/>
            <w:r>
              <w:rPr>
                <w:rFonts w:ascii="Segoe UI" w:hAnsi="Segoe UI" w:cs="Segoe UI" w:eastAsia="Segoe UI"/>
                <w:b/>
                <w:color w:val="1B2430"/>
                <w:sz w:val="19"/>
              </w:rPr>
              <w:t>1 581 000</w:t>
            </w:r>
          </w:p>
        </w:tc>
      </w:tr>
      <w:tr>
        <w:trPr>
          <w:cantSplit/>
          <w:trHeight w:val="300" w:hRule="atLeast"/>
        </w:trPr>
        <w:tc>
          <w:tcPr>
            <w:tcW w:type="dxa" w:w="495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УП-Ш</w:t>
            </w:r>
          </w:p>
        </w:tc>
        <w:tc>
          <w:tcPr>
            <w:tcW w:type="dxa" w:w="156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2500 кг</w:t>
            </w:r>
          </w:p>
        </w:tc>
        <w:tc>
          <w:tcPr>
            <w:tcW w:type="dxa" w:w="215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2</w:t>
            </w:r>
          </w:p>
        </w:tc>
        <w:tc>
          <w:tcPr>
            <w:tcW w:type="dxa" w:w="1350"/>
            <w:vAlign w:val="center"/>
          </w:tcPr>
          <w:p>
            <w:pPr>
              <w:spacing w:before="0" w:after="0" w:line="252" w:lineRule="auto"/>
              <w:jc w:val="right"/>
            </w:pPr>
            <w:r/>
            <w:r>
              <w:rPr>
                <w:rFonts w:ascii="Segoe UI" w:hAnsi="Segoe UI" w:cs="Segoe UI" w:eastAsia="Segoe UI"/>
                <w:b/>
                <w:color w:val="1B2430"/>
                <w:sz w:val="19"/>
              </w:rPr>
              <w:t>1 616 433</w:t>
            </w:r>
          </w:p>
        </w:tc>
      </w:tr>
      <w:tr>
        <w:trPr>
          <w:cantSplit/>
          <w:trHeight w:val="300" w:hRule="atLeast"/>
        </w:trPr>
        <w:tc>
          <w:tcPr>
            <w:tcW w:type="dxa" w:w="495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УП-Ш</w:t>
            </w:r>
          </w:p>
        </w:tc>
        <w:tc>
          <w:tcPr>
            <w:tcW w:type="dxa" w:w="156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4500 кг</w:t>
            </w:r>
          </w:p>
        </w:tc>
        <w:tc>
          <w:tcPr>
            <w:tcW w:type="dxa" w:w="215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4</w:t>
            </w:r>
          </w:p>
        </w:tc>
        <w:tc>
          <w:tcPr>
            <w:tcW w:type="dxa" w:w="1350"/>
            <w:vAlign w:val="center"/>
            <w:shd w:val="clear" w:color="auto" w:fill="F7F9FB"/>
          </w:tcPr>
          <w:p>
            <w:pPr>
              <w:spacing w:before="0" w:after="0" w:line="252" w:lineRule="auto"/>
              <w:jc w:val="right"/>
            </w:pPr>
            <w:r/>
            <w:r>
              <w:rPr>
                <w:rFonts w:ascii="Segoe UI" w:hAnsi="Segoe UI" w:cs="Segoe UI" w:eastAsia="Segoe UI"/>
                <w:b/>
                <w:color w:val="1B2430"/>
                <w:sz w:val="19"/>
              </w:rPr>
              <w:t>1 659 399</w:t>
            </w:r>
          </w:p>
        </w:tc>
      </w:tr>
      <w:tr>
        <w:trPr>
          <w:cantSplit/>
          <w:trHeight w:val="300" w:hRule="atLeast"/>
        </w:trPr>
        <w:tc>
          <w:tcPr>
            <w:tcW w:type="dxa" w:w="495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УП-Ш</w:t>
            </w:r>
          </w:p>
        </w:tc>
        <w:tc>
          <w:tcPr>
            <w:tcW w:type="dxa" w:w="156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2000 кг</w:t>
            </w:r>
          </w:p>
        </w:tc>
        <w:tc>
          <w:tcPr>
            <w:tcW w:type="dxa" w:w="215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4</w:t>
            </w:r>
          </w:p>
        </w:tc>
        <w:tc>
          <w:tcPr>
            <w:tcW w:type="dxa" w:w="1350"/>
            <w:vAlign w:val="center"/>
          </w:tcPr>
          <w:p>
            <w:pPr>
              <w:spacing w:before="0" w:after="0" w:line="252" w:lineRule="auto"/>
              <w:jc w:val="right"/>
            </w:pPr>
            <w:r/>
            <w:r>
              <w:rPr>
                <w:rFonts w:ascii="Segoe UI" w:hAnsi="Segoe UI" w:cs="Segoe UI" w:eastAsia="Segoe UI"/>
                <w:b/>
                <w:color w:val="1B2430"/>
                <w:sz w:val="19"/>
              </w:rPr>
              <w:t>1 879 530</w:t>
            </w:r>
          </w:p>
        </w:tc>
      </w:tr>
      <w:tr>
        <w:trPr>
          <w:cantSplit/>
          <w:trHeight w:val="300" w:hRule="atLeast"/>
        </w:trPr>
        <w:tc>
          <w:tcPr>
            <w:tcW w:type="dxa" w:w="495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УП-Ш</w:t>
            </w:r>
          </w:p>
        </w:tc>
        <w:tc>
          <w:tcPr>
            <w:tcW w:type="dxa" w:w="156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2000 кг</w:t>
            </w:r>
          </w:p>
        </w:tc>
        <w:tc>
          <w:tcPr>
            <w:tcW w:type="dxa" w:w="215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3</w:t>
            </w:r>
          </w:p>
        </w:tc>
        <w:tc>
          <w:tcPr>
            <w:tcW w:type="dxa" w:w="1350"/>
            <w:vAlign w:val="center"/>
            <w:shd w:val="clear" w:color="auto" w:fill="F7F9FB"/>
          </w:tcPr>
          <w:p>
            <w:pPr>
              <w:spacing w:before="0" w:after="0" w:line="252" w:lineRule="auto"/>
              <w:jc w:val="right"/>
            </w:pPr>
            <w:r/>
            <w:r>
              <w:rPr>
                <w:rFonts w:ascii="Segoe UI" w:hAnsi="Segoe UI" w:cs="Segoe UI" w:eastAsia="Segoe UI"/>
                <w:b/>
                <w:color w:val="1B2430"/>
                <w:sz w:val="19"/>
              </w:rPr>
              <w:t>1 887 900</w:t>
            </w:r>
          </w:p>
        </w:tc>
      </w:tr>
      <w:tr>
        <w:trPr>
          <w:cantSplit/>
          <w:trHeight w:val="300" w:hRule="atLeast"/>
        </w:trPr>
        <w:tc>
          <w:tcPr>
            <w:tcW w:type="dxa" w:w="495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УП-Ш</w:t>
            </w:r>
          </w:p>
        </w:tc>
        <w:tc>
          <w:tcPr>
            <w:tcW w:type="dxa" w:w="156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600 кг</w:t>
            </w:r>
          </w:p>
        </w:tc>
        <w:tc>
          <w:tcPr>
            <w:tcW w:type="dxa" w:w="215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2</w:t>
            </w:r>
          </w:p>
        </w:tc>
        <w:tc>
          <w:tcPr>
            <w:tcW w:type="dxa" w:w="1350"/>
            <w:vAlign w:val="center"/>
          </w:tcPr>
          <w:p>
            <w:pPr>
              <w:spacing w:before="0" w:after="0" w:line="252" w:lineRule="auto"/>
              <w:jc w:val="right"/>
            </w:pPr>
            <w:r/>
            <w:r>
              <w:rPr>
                <w:rFonts w:ascii="Segoe UI" w:hAnsi="Segoe UI" w:cs="Segoe UI" w:eastAsia="Segoe UI"/>
                <w:b/>
                <w:color w:val="1B2430"/>
                <w:sz w:val="19"/>
              </w:rPr>
              <w:t>1 855 350</w:t>
            </w:r>
          </w:p>
        </w:tc>
      </w:tr>
      <w:tr>
        <w:trPr>
          <w:cantSplit/>
          <w:trHeight w:val="300" w:hRule="atLeast"/>
        </w:trPr>
        <w:tc>
          <w:tcPr>
            <w:tcW w:type="dxa" w:w="495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УП-Ш</w:t>
            </w:r>
          </w:p>
        </w:tc>
        <w:tc>
          <w:tcPr>
            <w:tcW w:type="dxa" w:w="156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3000 кг</w:t>
            </w:r>
          </w:p>
        </w:tc>
        <w:tc>
          <w:tcPr>
            <w:tcW w:type="dxa" w:w="215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4</w:t>
            </w:r>
          </w:p>
        </w:tc>
        <w:tc>
          <w:tcPr>
            <w:tcW w:type="dxa" w:w="1350"/>
            <w:vAlign w:val="center"/>
            <w:shd w:val="clear" w:color="auto" w:fill="F7F9FB"/>
          </w:tcPr>
          <w:p>
            <w:pPr>
              <w:spacing w:before="0" w:after="0" w:line="252" w:lineRule="auto"/>
              <w:jc w:val="right"/>
            </w:pPr>
            <w:r/>
            <w:r>
              <w:rPr>
                <w:rFonts w:ascii="Segoe UI" w:hAnsi="Segoe UI" w:cs="Segoe UI" w:eastAsia="Segoe UI"/>
                <w:b/>
                <w:color w:val="1B2430"/>
                <w:sz w:val="19"/>
              </w:rPr>
              <w:t>2 587 260</w:t>
            </w:r>
          </w:p>
        </w:tc>
      </w:tr>
      <w:tr>
        <w:trPr>
          <w:cantSplit/>
          <w:trHeight w:val="300" w:hRule="atLeast"/>
        </w:trPr>
        <w:tc>
          <w:tcPr>
            <w:tcW w:type="dxa" w:w="495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УП-Ш</w:t>
            </w:r>
          </w:p>
        </w:tc>
        <w:tc>
          <w:tcPr>
            <w:tcW w:type="dxa" w:w="156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3200 кг</w:t>
            </w:r>
          </w:p>
        </w:tc>
        <w:tc>
          <w:tcPr>
            <w:tcW w:type="dxa" w:w="215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2</w:t>
            </w:r>
          </w:p>
        </w:tc>
        <w:tc>
          <w:tcPr>
            <w:tcW w:type="dxa" w:w="1350"/>
            <w:vAlign w:val="center"/>
          </w:tcPr>
          <w:p>
            <w:pPr>
              <w:spacing w:before="0" w:after="0" w:line="252" w:lineRule="auto"/>
              <w:jc w:val="right"/>
            </w:pPr>
            <w:r/>
            <w:r>
              <w:rPr>
                <w:rFonts w:ascii="Segoe UI" w:hAnsi="Segoe UI" w:cs="Segoe UI" w:eastAsia="Segoe UI"/>
                <w:b/>
                <w:color w:val="1B2430"/>
                <w:sz w:val="19"/>
              </w:rPr>
              <w:t>2 614 307</w:t>
            </w:r>
          </w:p>
        </w:tc>
      </w:tr>
      <w:tr>
        <w:trPr>
          <w:cantSplit/>
          <w:trHeight w:val="300" w:hRule="atLeast"/>
        </w:trPr>
        <w:tc>
          <w:tcPr>
            <w:tcW w:type="dxa" w:w="495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УП-Ш</w:t>
            </w:r>
          </w:p>
        </w:tc>
        <w:tc>
          <w:tcPr>
            <w:tcW w:type="dxa" w:w="156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2000 кг</w:t>
            </w:r>
          </w:p>
        </w:tc>
        <w:tc>
          <w:tcPr>
            <w:tcW w:type="dxa" w:w="215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5</w:t>
            </w:r>
          </w:p>
        </w:tc>
        <w:tc>
          <w:tcPr>
            <w:tcW w:type="dxa" w:w="1350"/>
            <w:vAlign w:val="center"/>
            <w:shd w:val="clear" w:color="auto" w:fill="F7F9FB"/>
          </w:tcPr>
          <w:p>
            <w:pPr>
              <w:spacing w:before="0" w:after="0" w:line="252" w:lineRule="auto"/>
              <w:jc w:val="right"/>
            </w:pPr>
            <w:r/>
            <w:r>
              <w:rPr>
                <w:rFonts w:ascii="Segoe UI" w:hAnsi="Segoe UI" w:cs="Segoe UI" w:eastAsia="Segoe UI"/>
                <w:b/>
                <w:color w:val="1B2430"/>
                <w:sz w:val="19"/>
              </w:rPr>
              <w:t>2 869 980</w:t>
            </w:r>
          </w:p>
        </w:tc>
      </w:tr>
      <w:tr>
        <w:trPr>
          <w:cantSplit/>
          <w:trHeight w:val="300" w:hRule="atLeast"/>
        </w:trPr>
        <w:tc>
          <w:tcPr>
            <w:tcW w:type="dxa" w:w="495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УП-Ш</w:t>
            </w:r>
          </w:p>
        </w:tc>
        <w:tc>
          <w:tcPr>
            <w:tcW w:type="dxa" w:w="156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5000 кг</w:t>
            </w:r>
          </w:p>
        </w:tc>
        <w:tc>
          <w:tcPr>
            <w:tcW w:type="dxa" w:w="215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3</w:t>
            </w:r>
          </w:p>
        </w:tc>
        <w:tc>
          <w:tcPr>
            <w:tcW w:type="dxa" w:w="1350"/>
            <w:vAlign w:val="center"/>
          </w:tcPr>
          <w:p>
            <w:pPr>
              <w:spacing w:before="0" w:after="0" w:line="252" w:lineRule="auto"/>
              <w:jc w:val="right"/>
            </w:pPr>
            <w:r/>
            <w:r>
              <w:rPr>
                <w:rFonts w:ascii="Segoe UI" w:hAnsi="Segoe UI" w:cs="Segoe UI" w:eastAsia="Segoe UI"/>
                <w:b/>
                <w:color w:val="1B2430"/>
                <w:sz w:val="19"/>
              </w:rPr>
              <w:t>2 997 235</w:t>
            </w:r>
          </w:p>
        </w:tc>
      </w:tr>
      <w:tr>
        <w:trPr>
          <w:cantSplit/>
          <w:trHeight w:val="300" w:hRule="atLeast"/>
        </w:trPr>
        <w:tc>
          <w:tcPr>
            <w:tcW w:type="dxa" w:w="495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УП-Ш</w:t>
            </w:r>
          </w:p>
        </w:tc>
        <w:tc>
          <w:tcPr>
            <w:tcW w:type="dxa" w:w="156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5000 кг</w:t>
            </w:r>
          </w:p>
        </w:tc>
        <w:tc>
          <w:tcPr>
            <w:tcW w:type="dxa" w:w="215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4</w:t>
            </w:r>
          </w:p>
        </w:tc>
        <w:tc>
          <w:tcPr>
            <w:tcW w:type="dxa" w:w="1350"/>
            <w:vAlign w:val="center"/>
            <w:shd w:val="clear" w:color="auto" w:fill="F7F9FB"/>
          </w:tcPr>
          <w:p>
            <w:pPr>
              <w:spacing w:before="0" w:after="0" w:line="252" w:lineRule="auto"/>
              <w:jc w:val="right"/>
            </w:pPr>
            <w:r/>
            <w:r>
              <w:rPr>
                <w:rFonts w:ascii="Segoe UI" w:hAnsi="Segoe UI" w:cs="Segoe UI" w:eastAsia="Segoe UI"/>
                <w:b/>
                <w:color w:val="1B2430"/>
                <w:sz w:val="19"/>
              </w:rPr>
              <w:t>3 064 350</w:t>
            </w:r>
          </w:p>
        </w:tc>
      </w:tr>
      <w:tr>
        <w:trPr>
          <w:cantSplit/>
          <w:trHeight w:val="300" w:hRule="atLeast"/>
        </w:trPr>
        <w:tc>
          <w:tcPr>
            <w:tcW w:type="dxa" w:w="495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УП-Ш</w:t>
            </w:r>
          </w:p>
        </w:tc>
        <w:tc>
          <w:tcPr>
            <w:tcW w:type="dxa" w:w="156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3000 кг</w:t>
            </w:r>
          </w:p>
        </w:tc>
        <w:tc>
          <w:tcPr>
            <w:tcW w:type="dxa" w:w="215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3</w:t>
            </w:r>
          </w:p>
        </w:tc>
        <w:tc>
          <w:tcPr>
            <w:tcW w:type="dxa" w:w="1350"/>
            <w:vAlign w:val="center"/>
          </w:tcPr>
          <w:p>
            <w:pPr>
              <w:spacing w:before="0" w:after="0" w:line="252" w:lineRule="auto"/>
              <w:jc w:val="right"/>
            </w:pPr>
            <w:r/>
            <w:r>
              <w:rPr>
                <w:rFonts w:ascii="Segoe UI" w:hAnsi="Segoe UI" w:cs="Segoe UI" w:eastAsia="Segoe UI"/>
                <w:b/>
                <w:color w:val="1B2430"/>
                <w:sz w:val="19"/>
              </w:rPr>
              <w:t>3 573 525</w:t>
            </w:r>
          </w:p>
        </w:tc>
      </w:tr>
      <w:tr>
        <w:trPr>
          <w:cantSplit/>
          <w:trHeight w:val="300" w:hRule="atLeast"/>
        </w:trPr>
        <w:tc>
          <w:tcPr>
            <w:tcW w:type="dxa" w:w="495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УП-Ш</w:t>
            </w:r>
          </w:p>
        </w:tc>
        <w:tc>
          <w:tcPr>
            <w:tcW w:type="dxa" w:w="156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2500 кг</w:t>
            </w:r>
          </w:p>
        </w:tc>
        <w:tc>
          <w:tcPr>
            <w:tcW w:type="dxa" w:w="215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5</w:t>
            </w:r>
          </w:p>
        </w:tc>
        <w:tc>
          <w:tcPr>
            <w:tcW w:type="dxa" w:w="1350"/>
            <w:vAlign w:val="center"/>
            <w:shd w:val="clear" w:color="auto" w:fill="F7F9FB"/>
          </w:tcPr>
          <w:p>
            <w:pPr>
              <w:spacing w:before="0" w:after="0" w:line="252" w:lineRule="auto"/>
              <w:jc w:val="right"/>
            </w:pPr>
            <w:r/>
            <w:r>
              <w:rPr>
                <w:rFonts w:ascii="Segoe UI" w:hAnsi="Segoe UI" w:cs="Segoe UI" w:eastAsia="Segoe UI"/>
                <w:b/>
                <w:color w:val="1B2430"/>
                <w:sz w:val="19"/>
              </w:rPr>
              <w:t>3 587 940</w:t>
            </w:r>
          </w:p>
        </w:tc>
      </w:tr>
      <w:tr>
        <w:trPr>
          <w:cantSplit/>
          <w:trHeight w:val="300" w:hRule="atLeast"/>
        </w:trPr>
        <w:tc>
          <w:tcPr>
            <w:tcW w:type="dxa" w:w="495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УП-Ш</w:t>
            </w:r>
          </w:p>
        </w:tc>
        <w:tc>
          <w:tcPr>
            <w:tcW w:type="dxa" w:w="156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2000 кг</w:t>
            </w:r>
          </w:p>
        </w:tc>
        <w:tc>
          <w:tcPr>
            <w:tcW w:type="dxa" w:w="215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9</w:t>
            </w:r>
          </w:p>
        </w:tc>
        <w:tc>
          <w:tcPr>
            <w:tcW w:type="dxa" w:w="1350"/>
            <w:vAlign w:val="center"/>
          </w:tcPr>
          <w:p>
            <w:pPr>
              <w:spacing w:before="0" w:after="0" w:line="252" w:lineRule="auto"/>
              <w:jc w:val="right"/>
            </w:pPr>
            <w:r/>
            <w:r>
              <w:rPr>
                <w:rFonts w:ascii="Segoe UI" w:hAnsi="Segoe UI" w:cs="Segoe UI" w:eastAsia="Segoe UI"/>
                <w:b/>
                <w:color w:val="1B2430"/>
                <w:sz w:val="19"/>
              </w:rPr>
              <w:t>3 646 530</w:t>
            </w:r>
          </w:p>
        </w:tc>
      </w:tr>
      <w:tr>
        <w:trPr>
          <w:cantSplit/>
          <w:trHeight w:val="300" w:hRule="atLeast"/>
        </w:trPr>
        <w:tc>
          <w:tcPr>
            <w:tcW w:type="dxa" w:w="495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УП-Ш</w:t>
            </w:r>
          </w:p>
        </w:tc>
        <w:tc>
          <w:tcPr>
            <w:tcW w:type="dxa" w:w="156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3000 кг</w:t>
            </w:r>
          </w:p>
        </w:tc>
        <w:tc>
          <w:tcPr>
            <w:tcW w:type="dxa" w:w="215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5</w:t>
            </w:r>
          </w:p>
        </w:tc>
        <w:tc>
          <w:tcPr>
            <w:tcW w:type="dxa" w:w="1350"/>
            <w:vAlign w:val="center"/>
            <w:shd w:val="clear" w:color="auto" w:fill="F7F9FB"/>
          </w:tcPr>
          <w:p>
            <w:pPr>
              <w:spacing w:before="0" w:after="0" w:line="252" w:lineRule="auto"/>
              <w:jc w:val="right"/>
            </w:pPr>
            <w:r/>
            <w:r>
              <w:rPr>
                <w:rFonts w:ascii="Segoe UI" w:hAnsi="Segoe UI" w:cs="Segoe UI" w:eastAsia="Segoe UI"/>
                <w:b/>
                <w:color w:val="1B2430"/>
                <w:sz w:val="19"/>
              </w:rPr>
              <w:t>3 678 150</w:t>
            </w:r>
          </w:p>
        </w:tc>
      </w:tr>
      <w:tr>
        <w:trPr>
          <w:cantSplit/>
          <w:trHeight w:val="300" w:hRule="atLeast"/>
        </w:trPr>
        <w:tc>
          <w:tcPr>
            <w:tcW w:type="dxa" w:w="495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УП-Ш</w:t>
            </w:r>
          </w:p>
        </w:tc>
        <w:tc>
          <w:tcPr>
            <w:tcW w:type="dxa" w:w="156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5000 кг</w:t>
            </w:r>
          </w:p>
        </w:tc>
        <w:tc>
          <w:tcPr>
            <w:tcW w:type="dxa" w:w="215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2</w:t>
            </w:r>
          </w:p>
        </w:tc>
        <w:tc>
          <w:tcPr>
            <w:tcW w:type="dxa" w:w="1350"/>
            <w:vAlign w:val="center"/>
          </w:tcPr>
          <w:p>
            <w:pPr>
              <w:spacing w:before="0" w:after="0" w:line="252" w:lineRule="auto"/>
              <w:jc w:val="right"/>
            </w:pPr>
            <w:r/>
            <w:r>
              <w:rPr>
                <w:rFonts w:ascii="Segoe UI" w:hAnsi="Segoe UI" w:cs="Segoe UI" w:eastAsia="Segoe UI"/>
                <w:b/>
                <w:color w:val="1B2430"/>
                <w:sz w:val="19"/>
              </w:rPr>
              <w:t>4 770 900</w:t>
            </w:r>
          </w:p>
        </w:tc>
      </w:tr>
      <w:tr>
        <w:trPr>
          <w:cantSplit/>
          <w:trHeight w:val="300" w:hRule="atLeast"/>
        </w:trPr>
        <w:tc>
          <w:tcPr>
            <w:tcW w:type="dxa" w:w="495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УП-Ш</w:t>
            </w:r>
          </w:p>
        </w:tc>
        <w:tc>
          <w:tcPr>
            <w:tcW w:type="dxa" w:w="156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3000 кг</w:t>
            </w:r>
          </w:p>
        </w:tc>
        <w:tc>
          <w:tcPr>
            <w:tcW w:type="dxa" w:w="215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2</w:t>
            </w:r>
          </w:p>
        </w:tc>
        <w:tc>
          <w:tcPr>
            <w:tcW w:type="dxa" w:w="1350"/>
            <w:vAlign w:val="center"/>
            <w:shd w:val="clear" w:color="auto" w:fill="F7F9FB"/>
          </w:tcPr>
          <w:p>
            <w:pPr>
              <w:spacing w:before="0" w:after="0" w:line="252" w:lineRule="auto"/>
              <w:jc w:val="right"/>
            </w:pPr>
            <w:r/>
            <w:r>
              <w:rPr>
                <w:rFonts w:ascii="Segoe UI" w:hAnsi="Segoe UI" w:cs="Segoe UI" w:eastAsia="Segoe UI"/>
                <w:b/>
                <w:color w:val="1B2430"/>
                <w:sz w:val="19"/>
              </w:rPr>
              <w:t>6 435 600</w:t>
            </w:r>
          </w:p>
        </w:tc>
      </w:tr>
      <w:tr>
        <w:trPr>
          <w:cantSplit/>
          <w:trHeight w:val="300" w:hRule="atLeast"/>
        </w:trPr>
        <w:tc>
          <w:tcPr>
            <w:tcW w:type="dxa" w:w="495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УП-Ш</w:t>
            </w:r>
          </w:p>
        </w:tc>
        <w:tc>
          <w:tcPr>
            <w:tcW w:type="dxa" w:w="156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3000 кг</w:t>
            </w:r>
          </w:p>
        </w:tc>
        <w:tc>
          <w:tcPr>
            <w:tcW w:type="dxa" w:w="215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6</w:t>
            </w:r>
          </w:p>
        </w:tc>
        <w:tc>
          <w:tcPr>
            <w:tcW w:type="dxa" w:w="1350"/>
            <w:vAlign w:val="center"/>
          </w:tcPr>
          <w:p>
            <w:pPr>
              <w:spacing w:before="0" w:after="0" w:line="252" w:lineRule="auto"/>
              <w:jc w:val="right"/>
            </w:pPr>
            <w:r/>
            <w:r>
              <w:rPr>
                <w:rFonts w:ascii="Segoe UI" w:hAnsi="Segoe UI" w:cs="Segoe UI" w:eastAsia="Segoe UI"/>
                <w:b/>
                <w:color w:val="1B2430"/>
                <w:sz w:val="19"/>
              </w:rPr>
              <w:t>13 996 500</w:t>
            </w:r>
          </w:p>
        </w:tc>
      </w:tr>
      <w:tr>
        <w:trPr>
          <w:cantSplit/>
          <w:trHeight w:val="300" w:hRule="atLeast"/>
        </w:trPr>
        <w:tc>
          <w:tcPr>
            <w:tcW w:type="dxa" w:w="495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УП-МШ</w:t>
            </w:r>
          </w:p>
        </w:tc>
        <w:tc>
          <w:tcPr>
            <w:tcW w:type="dxa" w:w="156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250 кг</w:t>
            </w:r>
          </w:p>
        </w:tc>
        <w:tc>
          <w:tcPr>
            <w:tcW w:type="dxa" w:w="215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2</w:t>
            </w:r>
          </w:p>
        </w:tc>
        <w:tc>
          <w:tcPr>
            <w:tcW w:type="dxa" w:w="1350"/>
            <w:vAlign w:val="center"/>
            <w:shd w:val="clear" w:color="auto" w:fill="F7F9FB"/>
          </w:tcPr>
          <w:p>
            <w:pPr>
              <w:spacing w:before="0" w:after="0" w:line="252" w:lineRule="auto"/>
              <w:jc w:val="right"/>
            </w:pPr>
            <w:r/>
            <w:r>
              <w:rPr>
                <w:rFonts w:ascii="Segoe UI" w:hAnsi="Segoe UI" w:cs="Segoe UI" w:eastAsia="Segoe UI"/>
                <w:b/>
                <w:color w:val="1B2430"/>
                <w:sz w:val="19"/>
              </w:rPr>
              <w:t>277 572</w:t>
            </w:r>
          </w:p>
        </w:tc>
      </w:tr>
      <w:tr>
        <w:trPr>
          <w:cantSplit/>
          <w:trHeight w:val="300" w:hRule="atLeast"/>
        </w:trPr>
        <w:tc>
          <w:tcPr>
            <w:tcW w:type="dxa" w:w="495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УП-МШ</w:t>
            </w:r>
          </w:p>
        </w:tc>
        <w:tc>
          <w:tcPr>
            <w:tcW w:type="dxa" w:w="156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1000 кг</w:t>
            </w:r>
          </w:p>
        </w:tc>
        <w:tc>
          <w:tcPr>
            <w:tcW w:type="dxa" w:w="215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2</w:t>
            </w:r>
          </w:p>
        </w:tc>
        <w:tc>
          <w:tcPr>
            <w:tcW w:type="dxa" w:w="1350"/>
            <w:vAlign w:val="center"/>
          </w:tcPr>
          <w:p>
            <w:pPr>
              <w:spacing w:before="0" w:after="0" w:line="252" w:lineRule="auto"/>
              <w:jc w:val="right"/>
            </w:pPr>
            <w:r/>
            <w:r>
              <w:rPr>
                <w:rFonts w:ascii="Segoe UI" w:hAnsi="Segoe UI" w:cs="Segoe UI" w:eastAsia="Segoe UI"/>
                <w:b/>
                <w:color w:val="1B2430"/>
                <w:sz w:val="19"/>
              </w:rPr>
              <w:t>299 984</w:t>
            </w:r>
          </w:p>
        </w:tc>
      </w:tr>
      <w:tr>
        <w:trPr>
          <w:cantSplit/>
          <w:trHeight w:val="300" w:hRule="atLeast"/>
        </w:trPr>
        <w:tc>
          <w:tcPr>
            <w:tcW w:type="dxa" w:w="495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УП-МШ</w:t>
            </w:r>
          </w:p>
        </w:tc>
        <w:tc>
          <w:tcPr>
            <w:tcW w:type="dxa" w:w="156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100 кг</w:t>
            </w:r>
          </w:p>
        </w:tc>
        <w:tc>
          <w:tcPr>
            <w:tcW w:type="dxa" w:w="215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2</w:t>
            </w:r>
          </w:p>
        </w:tc>
        <w:tc>
          <w:tcPr>
            <w:tcW w:type="dxa" w:w="1350"/>
            <w:vAlign w:val="center"/>
            <w:shd w:val="clear" w:color="auto" w:fill="F7F9FB"/>
          </w:tcPr>
          <w:p>
            <w:pPr>
              <w:spacing w:before="0" w:after="0" w:line="252" w:lineRule="auto"/>
              <w:jc w:val="right"/>
            </w:pPr>
            <w:r/>
            <w:r>
              <w:rPr>
                <w:rFonts w:ascii="Segoe UI" w:hAnsi="Segoe UI" w:cs="Segoe UI" w:eastAsia="Segoe UI"/>
                <w:b/>
                <w:color w:val="1B2430"/>
                <w:sz w:val="19"/>
              </w:rPr>
              <w:t>339 665</w:t>
            </w:r>
          </w:p>
        </w:tc>
      </w:tr>
      <w:tr>
        <w:trPr>
          <w:cantSplit/>
          <w:trHeight w:val="300" w:hRule="atLeast"/>
        </w:trPr>
        <w:tc>
          <w:tcPr>
            <w:tcW w:type="dxa" w:w="495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УП-МШ</w:t>
            </w:r>
          </w:p>
        </w:tc>
        <w:tc>
          <w:tcPr>
            <w:tcW w:type="dxa" w:w="156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1000 кг</w:t>
            </w:r>
          </w:p>
        </w:tc>
        <w:tc>
          <w:tcPr>
            <w:tcW w:type="dxa" w:w="215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3</w:t>
            </w:r>
          </w:p>
        </w:tc>
        <w:tc>
          <w:tcPr>
            <w:tcW w:type="dxa" w:w="1350"/>
            <w:vAlign w:val="center"/>
          </w:tcPr>
          <w:p>
            <w:pPr>
              <w:spacing w:before="0" w:after="0" w:line="252" w:lineRule="auto"/>
              <w:jc w:val="right"/>
            </w:pPr>
            <w:r/>
            <w:r>
              <w:rPr>
                <w:rFonts w:ascii="Segoe UI" w:hAnsi="Segoe UI" w:cs="Segoe UI" w:eastAsia="Segoe UI"/>
                <w:b/>
                <w:color w:val="1B2430"/>
                <w:sz w:val="19"/>
              </w:rPr>
              <w:t>359 637</w:t>
            </w:r>
          </w:p>
        </w:tc>
      </w:tr>
      <w:tr>
        <w:trPr>
          <w:cantSplit/>
          <w:trHeight w:val="300" w:hRule="atLeast"/>
        </w:trPr>
        <w:tc>
          <w:tcPr>
            <w:tcW w:type="dxa" w:w="495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УП-МШ</w:t>
            </w:r>
          </w:p>
        </w:tc>
        <w:tc>
          <w:tcPr>
            <w:tcW w:type="dxa" w:w="156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500 кг</w:t>
            </w:r>
          </w:p>
        </w:tc>
        <w:tc>
          <w:tcPr>
            <w:tcW w:type="dxa" w:w="215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3</w:t>
            </w:r>
          </w:p>
        </w:tc>
        <w:tc>
          <w:tcPr>
            <w:tcW w:type="dxa" w:w="1350"/>
            <w:vAlign w:val="center"/>
            <w:shd w:val="clear" w:color="auto" w:fill="F7F9FB"/>
          </w:tcPr>
          <w:p>
            <w:pPr>
              <w:spacing w:before="0" w:after="0" w:line="252" w:lineRule="auto"/>
              <w:jc w:val="right"/>
            </w:pPr>
            <w:r/>
            <w:r>
              <w:rPr>
                <w:rFonts w:ascii="Segoe UI" w:hAnsi="Segoe UI" w:cs="Segoe UI" w:eastAsia="Segoe UI"/>
                <w:b/>
                <w:color w:val="1B2430"/>
                <w:sz w:val="19"/>
              </w:rPr>
              <w:t>367 350</w:t>
            </w:r>
          </w:p>
        </w:tc>
      </w:tr>
      <w:tr>
        <w:trPr>
          <w:cantSplit/>
          <w:trHeight w:val="300" w:hRule="atLeast"/>
        </w:trPr>
        <w:tc>
          <w:tcPr>
            <w:tcW w:type="dxa" w:w="495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УП-МШ</w:t>
            </w:r>
          </w:p>
        </w:tc>
        <w:tc>
          <w:tcPr>
            <w:tcW w:type="dxa" w:w="156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1000 кг</w:t>
            </w:r>
          </w:p>
        </w:tc>
        <w:tc>
          <w:tcPr>
            <w:tcW w:type="dxa" w:w="215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4</w:t>
            </w:r>
          </w:p>
        </w:tc>
        <w:tc>
          <w:tcPr>
            <w:tcW w:type="dxa" w:w="1350"/>
            <w:vAlign w:val="center"/>
          </w:tcPr>
          <w:p>
            <w:pPr>
              <w:spacing w:before="0" w:after="0" w:line="252" w:lineRule="auto"/>
              <w:jc w:val="right"/>
            </w:pPr>
            <w:r/>
            <w:r>
              <w:rPr>
                <w:rFonts w:ascii="Segoe UI" w:hAnsi="Segoe UI" w:cs="Segoe UI" w:eastAsia="Segoe UI"/>
                <w:b/>
                <w:color w:val="1B2430"/>
                <w:sz w:val="19"/>
              </w:rPr>
              <w:t>425 842</w:t>
            </w:r>
          </w:p>
        </w:tc>
      </w:tr>
      <w:tr>
        <w:trPr>
          <w:cantSplit/>
          <w:trHeight w:val="300" w:hRule="atLeast"/>
        </w:trPr>
        <w:tc>
          <w:tcPr>
            <w:tcW w:type="dxa" w:w="495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УП-МШ</w:t>
            </w:r>
          </w:p>
        </w:tc>
        <w:tc>
          <w:tcPr>
            <w:tcW w:type="dxa" w:w="156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1200 кг</w:t>
            </w:r>
          </w:p>
        </w:tc>
        <w:tc>
          <w:tcPr>
            <w:tcW w:type="dxa" w:w="215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2</w:t>
            </w:r>
          </w:p>
        </w:tc>
        <w:tc>
          <w:tcPr>
            <w:tcW w:type="dxa" w:w="1350"/>
            <w:vAlign w:val="center"/>
            <w:shd w:val="clear" w:color="auto" w:fill="F7F9FB"/>
          </w:tcPr>
          <w:p>
            <w:pPr>
              <w:spacing w:before="0" w:after="0" w:line="252" w:lineRule="auto"/>
              <w:jc w:val="right"/>
            </w:pPr>
            <w:r/>
            <w:r>
              <w:rPr>
                <w:rFonts w:ascii="Segoe UI" w:hAnsi="Segoe UI" w:cs="Segoe UI" w:eastAsia="Segoe UI"/>
                <w:b/>
                <w:color w:val="1B2430"/>
                <w:sz w:val="19"/>
              </w:rPr>
              <w:t>461 838</w:t>
            </w:r>
          </w:p>
        </w:tc>
      </w:tr>
      <w:tr>
        <w:trPr>
          <w:cantSplit/>
          <w:trHeight w:val="300" w:hRule="atLeast"/>
        </w:trPr>
        <w:tc>
          <w:tcPr>
            <w:tcW w:type="dxa" w:w="495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УП-МШ</w:t>
            </w:r>
          </w:p>
        </w:tc>
        <w:tc>
          <w:tcPr>
            <w:tcW w:type="dxa" w:w="156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2000 кг</w:t>
            </w:r>
          </w:p>
        </w:tc>
        <w:tc>
          <w:tcPr>
            <w:tcW w:type="dxa" w:w="215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2</w:t>
            </w:r>
          </w:p>
        </w:tc>
        <w:tc>
          <w:tcPr>
            <w:tcW w:type="dxa" w:w="1350"/>
            <w:vAlign w:val="center"/>
          </w:tcPr>
          <w:p>
            <w:pPr>
              <w:spacing w:before="0" w:after="0" w:line="252" w:lineRule="auto"/>
              <w:jc w:val="right"/>
            </w:pPr>
            <w:r/>
            <w:r>
              <w:rPr>
                <w:rFonts w:ascii="Segoe UI" w:hAnsi="Segoe UI" w:cs="Segoe UI" w:eastAsia="Segoe UI"/>
                <w:b/>
                <w:color w:val="1B2430"/>
                <w:sz w:val="19"/>
              </w:rPr>
              <w:t>574 275</w:t>
            </w:r>
          </w:p>
        </w:tc>
      </w:tr>
      <w:tr>
        <w:trPr>
          <w:cantSplit/>
          <w:trHeight w:val="300" w:hRule="atLeast"/>
        </w:trPr>
        <w:tc>
          <w:tcPr>
            <w:tcW w:type="dxa" w:w="495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УП-МШ</w:t>
            </w:r>
          </w:p>
        </w:tc>
        <w:tc>
          <w:tcPr>
            <w:tcW w:type="dxa" w:w="156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500 кг</w:t>
            </w:r>
          </w:p>
        </w:tc>
        <w:tc>
          <w:tcPr>
            <w:tcW w:type="dxa" w:w="215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2</w:t>
            </w:r>
          </w:p>
        </w:tc>
        <w:tc>
          <w:tcPr>
            <w:tcW w:type="dxa" w:w="1350"/>
            <w:vAlign w:val="center"/>
            <w:shd w:val="clear" w:color="auto" w:fill="F7F9FB"/>
          </w:tcPr>
          <w:p>
            <w:pPr>
              <w:spacing w:before="0" w:after="0" w:line="252" w:lineRule="auto"/>
              <w:jc w:val="right"/>
            </w:pPr>
            <w:r/>
            <w:r>
              <w:rPr>
                <w:rFonts w:ascii="Segoe UI" w:hAnsi="Segoe UI" w:cs="Segoe UI" w:eastAsia="Segoe UI"/>
                <w:b/>
                <w:color w:val="1B2430"/>
                <w:sz w:val="19"/>
              </w:rPr>
              <w:t>579 855</w:t>
            </w:r>
          </w:p>
        </w:tc>
      </w:tr>
      <w:tr>
        <w:trPr>
          <w:cantSplit/>
          <w:trHeight w:val="300" w:hRule="atLeast"/>
        </w:trPr>
        <w:tc>
          <w:tcPr>
            <w:tcW w:type="dxa" w:w="495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УП-МШ</w:t>
            </w:r>
          </w:p>
        </w:tc>
        <w:tc>
          <w:tcPr>
            <w:tcW w:type="dxa" w:w="156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1000 кг</w:t>
            </w:r>
          </w:p>
        </w:tc>
        <w:tc>
          <w:tcPr>
            <w:tcW w:type="dxa" w:w="215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5</w:t>
            </w:r>
          </w:p>
        </w:tc>
        <w:tc>
          <w:tcPr>
            <w:tcW w:type="dxa" w:w="1350"/>
            <w:vAlign w:val="center"/>
          </w:tcPr>
          <w:p>
            <w:pPr>
              <w:spacing w:before="0" w:after="0" w:line="252" w:lineRule="auto"/>
              <w:jc w:val="right"/>
            </w:pPr>
            <w:r/>
            <w:r>
              <w:rPr>
                <w:rFonts w:ascii="Segoe UI" w:hAnsi="Segoe UI" w:cs="Segoe UI" w:eastAsia="Segoe UI"/>
                <w:b/>
                <w:color w:val="1B2430"/>
                <w:sz w:val="19"/>
              </w:rPr>
              <w:t>600 571</w:t>
            </w:r>
          </w:p>
        </w:tc>
      </w:tr>
      <w:tr>
        <w:trPr>
          <w:cantSplit/>
          <w:trHeight w:val="300" w:hRule="atLeast"/>
        </w:trPr>
        <w:tc>
          <w:tcPr>
            <w:tcW w:type="dxa" w:w="495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УП-МШ</w:t>
            </w:r>
          </w:p>
        </w:tc>
        <w:tc>
          <w:tcPr>
            <w:tcW w:type="dxa" w:w="156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1500 кг</w:t>
            </w:r>
          </w:p>
        </w:tc>
        <w:tc>
          <w:tcPr>
            <w:tcW w:type="dxa" w:w="215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4</w:t>
            </w:r>
          </w:p>
        </w:tc>
        <w:tc>
          <w:tcPr>
            <w:tcW w:type="dxa" w:w="1350"/>
            <w:vAlign w:val="center"/>
            <w:shd w:val="clear" w:color="auto" w:fill="F7F9FB"/>
          </w:tcPr>
          <w:p>
            <w:pPr>
              <w:spacing w:before="0" w:after="0" w:line="252" w:lineRule="auto"/>
              <w:jc w:val="right"/>
            </w:pPr>
            <w:r/>
            <w:r>
              <w:rPr>
                <w:rFonts w:ascii="Segoe UI" w:hAnsi="Segoe UI" w:cs="Segoe UI" w:eastAsia="Segoe UI"/>
                <w:b/>
                <w:color w:val="1B2430"/>
                <w:sz w:val="19"/>
              </w:rPr>
              <w:t>740 433</w:t>
            </w:r>
          </w:p>
        </w:tc>
      </w:tr>
      <w:tr>
        <w:trPr>
          <w:cantSplit/>
          <w:trHeight w:val="300" w:hRule="atLeast"/>
        </w:trPr>
        <w:tc>
          <w:tcPr>
            <w:tcW w:type="dxa" w:w="495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УП-МШ</w:t>
            </w:r>
          </w:p>
        </w:tc>
        <w:tc>
          <w:tcPr>
            <w:tcW w:type="dxa" w:w="156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1400 кг</w:t>
            </w:r>
          </w:p>
        </w:tc>
        <w:tc>
          <w:tcPr>
            <w:tcW w:type="dxa" w:w="215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3</w:t>
            </w:r>
          </w:p>
        </w:tc>
        <w:tc>
          <w:tcPr>
            <w:tcW w:type="dxa" w:w="1350"/>
            <w:vAlign w:val="center"/>
          </w:tcPr>
          <w:p>
            <w:pPr>
              <w:spacing w:before="0" w:after="0" w:line="252" w:lineRule="auto"/>
              <w:jc w:val="right"/>
            </w:pPr>
            <w:r/>
            <w:r>
              <w:rPr>
                <w:rFonts w:ascii="Segoe UI" w:hAnsi="Segoe UI" w:cs="Segoe UI" w:eastAsia="Segoe UI"/>
                <w:b/>
                <w:color w:val="1B2430"/>
                <w:sz w:val="19"/>
              </w:rPr>
              <w:t>865 272</w:t>
            </w:r>
          </w:p>
        </w:tc>
      </w:tr>
      <w:tr>
        <w:trPr>
          <w:cantSplit/>
          <w:trHeight w:val="300" w:hRule="atLeast"/>
        </w:trPr>
        <w:tc>
          <w:tcPr>
            <w:tcW w:type="dxa" w:w="495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УП-МШ</w:t>
            </w:r>
          </w:p>
        </w:tc>
        <w:tc>
          <w:tcPr>
            <w:tcW w:type="dxa" w:w="156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3000 кг</w:t>
            </w:r>
          </w:p>
        </w:tc>
        <w:tc>
          <w:tcPr>
            <w:tcW w:type="dxa" w:w="215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3</w:t>
            </w:r>
          </w:p>
        </w:tc>
        <w:tc>
          <w:tcPr>
            <w:tcW w:type="dxa" w:w="1350"/>
            <w:vAlign w:val="center"/>
            <w:shd w:val="clear" w:color="auto" w:fill="F7F9FB"/>
          </w:tcPr>
          <w:p>
            <w:pPr>
              <w:spacing w:before="0" w:after="0" w:line="252" w:lineRule="auto"/>
              <w:jc w:val="right"/>
            </w:pPr>
            <w:r/>
            <w:r>
              <w:rPr>
                <w:rFonts w:ascii="Segoe UI" w:hAnsi="Segoe UI" w:cs="Segoe UI" w:eastAsia="Segoe UI"/>
                <w:b/>
                <w:color w:val="1B2430"/>
                <w:sz w:val="19"/>
              </w:rPr>
              <w:t>931 209</w:t>
            </w:r>
          </w:p>
        </w:tc>
      </w:tr>
      <w:tr>
        <w:trPr>
          <w:cantSplit/>
          <w:trHeight w:val="300" w:hRule="atLeast"/>
        </w:trPr>
        <w:tc>
          <w:tcPr>
            <w:tcW w:type="dxa" w:w="495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УП-МШ</w:t>
            </w:r>
          </w:p>
        </w:tc>
        <w:tc>
          <w:tcPr>
            <w:tcW w:type="dxa" w:w="156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2000 кг</w:t>
            </w:r>
          </w:p>
        </w:tc>
        <w:tc>
          <w:tcPr>
            <w:tcW w:type="dxa" w:w="215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3</w:t>
            </w:r>
          </w:p>
        </w:tc>
        <w:tc>
          <w:tcPr>
            <w:tcW w:type="dxa" w:w="1350"/>
            <w:vAlign w:val="center"/>
          </w:tcPr>
          <w:p>
            <w:pPr>
              <w:spacing w:before="0" w:after="0" w:line="252" w:lineRule="auto"/>
              <w:jc w:val="right"/>
            </w:pPr>
            <w:r/>
            <w:r>
              <w:rPr>
                <w:rFonts w:ascii="Segoe UI" w:hAnsi="Segoe UI" w:cs="Segoe UI" w:eastAsia="Segoe UI"/>
                <w:b/>
                <w:color w:val="1B2430"/>
                <w:sz w:val="19"/>
              </w:rPr>
              <w:t>1 160 640</w:t>
            </w:r>
          </w:p>
        </w:tc>
      </w:tr>
      <w:tr>
        <w:trPr>
          <w:cantSplit/>
          <w:trHeight w:val="300" w:hRule="atLeast"/>
        </w:trPr>
        <w:tc>
          <w:tcPr>
            <w:tcW w:type="dxa" w:w="495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УП-ГШ</w:t>
            </w:r>
          </w:p>
        </w:tc>
        <w:tc>
          <w:tcPr>
            <w:tcW w:type="dxa" w:w="156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150 кг</w:t>
            </w:r>
          </w:p>
        </w:tc>
        <w:tc>
          <w:tcPr>
            <w:tcW w:type="dxa" w:w="215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3</w:t>
            </w:r>
          </w:p>
        </w:tc>
        <w:tc>
          <w:tcPr>
            <w:tcW w:type="dxa" w:w="1350"/>
            <w:vAlign w:val="center"/>
            <w:shd w:val="clear" w:color="auto" w:fill="F7F9FB"/>
          </w:tcPr>
          <w:p>
            <w:pPr>
              <w:spacing w:before="0" w:after="0" w:line="252" w:lineRule="auto"/>
              <w:jc w:val="right"/>
            </w:pPr>
            <w:r/>
            <w:r>
              <w:rPr>
                <w:rFonts w:ascii="Segoe UI" w:hAnsi="Segoe UI" w:cs="Segoe UI" w:eastAsia="Segoe UI"/>
                <w:b/>
                <w:color w:val="1B2430"/>
                <w:sz w:val="19"/>
              </w:rPr>
              <w:t>191 889</w:t>
            </w:r>
          </w:p>
        </w:tc>
      </w:tr>
      <w:tr>
        <w:trPr>
          <w:cantSplit/>
          <w:trHeight w:val="300" w:hRule="atLeast"/>
        </w:trPr>
        <w:tc>
          <w:tcPr>
            <w:tcW w:type="dxa" w:w="495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УП-ГШ</w:t>
            </w:r>
          </w:p>
        </w:tc>
        <w:tc>
          <w:tcPr>
            <w:tcW w:type="dxa" w:w="156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300 кг</w:t>
            </w:r>
          </w:p>
        </w:tc>
        <w:tc>
          <w:tcPr>
            <w:tcW w:type="dxa" w:w="215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2</w:t>
            </w:r>
          </w:p>
        </w:tc>
        <w:tc>
          <w:tcPr>
            <w:tcW w:type="dxa" w:w="1350"/>
            <w:vAlign w:val="center"/>
          </w:tcPr>
          <w:p>
            <w:pPr>
              <w:spacing w:before="0" w:after="0" w:line="252" w:lineRule="auto"/>
              <w:jc w:val="right"/>
            </w:pPr>
            <w:r/>
            <w:r>
              <w:rPr>
                <w:rFonts w:ascii="Segoe UI" w:hAnsi="Segoe UI" w:cs="Segoe UI" w:eastAsia="Segoe UI"/>
                <w:b/>
                <w:color w:val="1B2430"/>
                <w:sz w:val="19"/>
              </w:rPr>
              <w:t>192 087</w:t>
            </w:r>
          </w:p>
        </w:tc>
      </w:tr>
      <w:tr>
        <w:trPr>
          <w:cantSplit/>
          <w:trHeight w:val="300" w:hRule="atLeast"/>
        </w:trPr>
        <w:tc>
          <w:tcPr>
            <w:tcW w:type="dxa" w:w="495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УП-ГШ</w:t>
            </w:r>
          </w:p>
        </w:tc>
        <w:tc>
          <w:tcPr>
            <w:tcW w:type="dxa" w:w="156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250 кг</w:t>
            </w:r>
          </w:p>
        </w:tc>
        <w:tc>
          <w:tcPr>
            <w:tcW w:type="dxa" w:w="215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3</w:t>
            </w:r>
          </w:p>
        </w:tc>
        <w:tc>
          <w:tcPr>
            <w:tcW w:type="dxa" w:w="1350"/>
            <w:vAlign w:val="center"/>
            <w:shd w:val="clear" w:color="auto" w:fill="F7F9FB"/>
          </w:tcPr>
          <w:p>
            <w:pPr>
              <w:spacing w:before="0" w:after="0" w:line="252" w:lineRule="auto"/>
              <w:jc w:val="right"/>
            </w:pPr>
            <w:r/>
            <w:r>
              <w:rPr>
                <w:rFonts w:ascii="Segoe UI" w:hAnsi="Segoe UI" w:cs="Segoe UI" w:eastAsia="Segoe UI"/>
                <w:b/>
                <w:color w:val="1B2430"/>
                <w:sz w:val="19"/>
              </w:rPr>
              <w:t>229 057</w:t>
            </w:r>
          </w:p>
        </w:tc>
      </w:tr>
      <w:tr>
        <w:trPr>
          <w:cantSplit/>
          <w:trHeight w:val="300" w:hRule="atLeast"/>
        </w:trPr>
        <w:tc>
          <w:tcPr>
            <w:tcW w:type="dxa" w:w="495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УП-ГШ</w:t>
            </w:r>
          </w:p>
        </w:tc>
        <w:tc>
          <w:tcPr>
            <w:tcW w:type="dxa" w:w="156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500 кг</w:t>
            </w:r>
          </w:p>
        </w:tc>
        <w:tc>
          <w:tcPr>
            <w:tcW w:type="dxa" w:w="215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2</w:t>
            </w:r>
          </w:p>
        </w:tc>
        <w:tc>
          <w:tcPr>
            <w:tcW w:type="dxa" w:w="1350"/>
            <w:vAlign w:val="center"/>
          </w:tcPr>
          <w:p>
            <w:pPr>
              <w:spacing w:before="0" w:after="0" w:line="252" w:lineRule="auto"/>
              <w:jc w:val="right"/>
            </w:pPr>
            <w:r/>
            <w:r>
              <w:rPr>
                <w:rFonts w:ascii="Segoe UI" w:hAnsi="Segoe UI" w:cs="Segoe UI" w:eastAsia="Segoe UI"/>
                <w:b/>
                <w:color w:val="1B2430"/>
                <w:sz w:val="19"/>
              </w:rPr>
              <w:t>229 796</w:t>
            </w:r>
          </w:p>
        </w:tc>
      </w:tr>
      <w:tr>
        <w:trPr>
          <w:cantSplit/>
          <w:trHeight w:val="300" w:hRule="atLeast"/>
        </w:trPr>
        <w:tc>
          <w:tcPr>
            <w:tcW w:type="dxa" w:w="495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УП-ГШ</w:t>
            </w:r>
          </w:p>
        </w:tc>
        <w:tc>
          <w:tcPr>
            <w:tcW w:type="dxa" w:w="156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250 кг</w:t>
            </w:r>
          </w:p>
        </w:tc>
        <w:tc>
          <w:tcPr>
            <w:tcW w:type="dxa" w:w="215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2</w:t>
            </w:r>
          </w:p>
        </w:tc>
        <w:tc>
          <w:tcPr>
            <w:tcW w:type="dxa" w:w="1350"/>
            <w:vAlign w:val="center"/>
            <w:shd w:val="clear" w:color="auto" w:fill="F7F9FB"/>
          </w:tcPr>
          <w:p>
            <w:pPr>
              <w:spacing w:before="0" w:after="0" w:line="252" w:lineRule="auto"/>
              <w:jc w:val="right"/>
            </w:pPr>
            <w:r/>
            <w:r>
              <w:rPr>
                <w:rFonts w:ascii="Segoe UI" w:hAnsi="Segoe UI" w:cs="Segoe UI" w:eastAsia="Segoe UI"/>
                <w:b/>
                <w:color w:val="1B2430"/>
                <w:sz w:val="19"/>
              </w:rPr>
              <w:t>306 463</w:t>
            </w:r>
          </w:p>
        </w:tc>
      </w:tr>
      <w:tr>
        <w:trPr>
          <w:cantSplit/>
          <w:trHeight w:val="300" w:hRule="atLeast"/>
        </w:trPr>
        <w:tc>
          <w:tcPr>
            <w:tcW w:type="dxa" w:w="495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УП-ГШ</w:t>
            </w:r>
          </w:p>
        </w:tc>
        <w:tc>
          <w:tcPr>
            <w:tcW w:type="dxa" w:w="156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100 кг</w:t>
            </w:r>
          </w:p>
        </w:tc>
        <w:tc>
          <w:tcPr>
            <w:tcW w:type="dxa" w:w="215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3</w:t>
            </w:r>
          </w:p>
        </w:tc>
        <w:tc>
          <w:tcPr>
            <w:tcW w:type="dxa" w:w="1350"/>
            <w:vAlign w:val="center"/>
          </w:tcPr>
          <w:p>
            <w:pPr>
              <w:spacing w:before="0" w:after="0" w:line="252" w:lineRule="auto"/>
              <w:jc w:val="right"/>
            </w:pPr>
            <w:r/>
            <w:r>
              <w:rPr>
                <w:rFonts w:ascii="Segoe UI" w:hAnsi="Segoe UI" w:cs="Segoe UI" w:eastAsia="Segoe UI"/>
                <w:b/>
                <w:color w:val="1B2430"/>
                <w:sz w:val="19"/>
              </w:rPr>
              <w:t>320 090</w:t>
            </w:r>
          </w:p>
        </w:tc>
      </w:tr>
      <w:tr>
        <w:trPr>
          <w:cantSplit/>
          <w:trHeight w:val="300" w:hRule="atLeast"/>
        </w:trPr>
        <w:tc>
          <w:tcPr>
            <w:tcW w:type="dxa" w:w="495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УП-ГШ</w:t>
            </w:r>
          </w:p>
        </w:tc>
        <w:tc>
          <w:tcPr>
            <w:tcW w:type="dxa" w:w="156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1000 кг</w:t>
            </w:r>
          </w:p>
        </w:tc>
        <w:tc>
          <w:tcPr>
            <w:tcW w:type="dxa" w:w="215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2</w:t>
            </w:r>
          </w:p>
        </w:tc>
        <w:tc>
          <w:tcPr>
            <w:tcW w:type="dxa" w:w="1350"/>
            <w:vAlign w:val="center"/>
            <w:shd w:val="clear" w:color="auto" w:fill="F7F9FB"/>
          </w:tcPr>
          <w:p>
            <w:pPr>
              <w:spacing w:before="0" w:after="0" w:line="252" w:lineRule="auto"/>
              <w:jc w:val="right"/>
            </w:pPr>
            <w:r/>
            <w:r>
              <w:rPr>
                <w:rFonts w:ascii="Segoe UI" w:hAnsi="Segoe UI" w:cs="Segoe UI" w:eastAsia="Segoe UI"/>
                <w:b/>
                <w:color w:val="1B2430"/>
                <w:sz w:val="19"/>
              </w:rPr>
              <w:t>374 232</w:t>
            </w:r>
          </w:p>
        </w:tc>
      </w:tr>
      <w:tr>
        <w:trPr>
          <w:cantSplit/>
          <w:trHeight w:val="300" w:hRule="atLeast"/>
        </w:trPr>
        <w:tc>
          <w:tcPr>
            <w:tcW w:type="dxa" w:w="495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УП-ГШ</w:t>
            </w:r>
          </w:p>
        </w:tc>
        <w:tc>
          <w:tcPr>
            <w:tcW w:type="dxa" w:w="156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1000 кг</w:t>
            </w:r>
          </w:p>
        </w:tc>
        <w:tc>
          <w:tcPr>
            <w:tcW w:type="dxa" w:w="215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3</w:t>
            </w:r>
          </w:p>
        </w:tc>
        <w:tc>
          <w:tcPr>
            <w:tcW w:type="dxa" w:w="1350"/>
            <w:vAlign w:val="center"/>
          </w:tcPr>
          <w:p>
            <w:pPr>
              <w:spacing w:before="0" w:after="0" w:line="252" w:lineRule="auto"/>
              <w:jc w:val="right"/>
            </w:pPr>
            <w:r/>
            <w:r>
              <w:rPr>
                <w:rFonts w:ascii="Segoe UI" w:hAnsi="Segoe UI" w:cs="Segoe UI" w:eastAsia="Segoe UI"/>
                <w:b/>
                <w:color w:val="1B2430"/>
                <w:sz w:val="19"/>
              </w:rPr>
              <w:t>396 854</w:t>
            </w:r>
          </w:p>
        </w:tc>
      </w:tr>
      <w:tr>
        <w:trPr>
          <w:cantSplit/>
          <w:trHeight w:val="300" w:hRule="atLeast"/>
        </w:trPr>
        <w:tc>
          <w:tcPr>
            <w:tcW w:type="dxa" w:w="495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УП-ГШ</w:t>
            </w:r>
          </w:p>
        </w:tc>
        <w:tc>
          <w:tcPr>
            <w:tcW w:type="dxa" w:w="156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400 кг</w:t>
            </w:r>
          </w:p>
        </w:tc>
        <w:tc>
          <w:tcPr>
            <w:tcW w:type="dxa" w:w="215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2</w:t>
            </w:r>
          </w:p>
        </w:tc>
        <w:tc>
          <w:tcPr>
            <w:tcW w:type="dxa" w:w="1350"/>
            <w:vAlign w:val="center"/>
            <w:shd w:val="clear" w:color="auto" w:fill="F7F9FB"/>
          </w:tcPr>
          <w:p>
            <w:pPr>
              <w:spacing w:before="0" w:after="0" w:line="252" w:lineRule="auto"/>
              <w:jc w:val="right"/>
            </w:pPr>
            <w:r/>
            <w:r>
              <w:rPr>
                <w:rFonts w:ascii="Segoe UI" w:hAnsi="Segoe UI" w:cs="Segoe UI" w:eastAsia="Segoe UI"/>
                <w:b/>
                <w:color w:val="1B2430"/>
                <w:sz w:val="19"/>
              </w:rPr>
              <w:t>402 683</w:t>
            </w:r>
          </w:p>
        </w:tc>
      </w:tr>
      <w:tr>
        <w:trPr>
          <w:cantSplit/>
          <w:trHeight w:val="300" w:hRule="atLeast"/>
        </w:trPr>
        <w:tc>
          <w:tcPr>
            <w:tcW w:type="dxa" w:w="495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УП-ГШ</w:t>
            </w:r>
          </w:p>
        </w:tc>
        <w:tc>
          <w:tcPr>
            <w:tcW w:type="dxa" w:w="156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1400 кг</w:t>
            </w:r>
          </w:p>
        </w:tc>
        <w:tc>
          <w:tcPr>
            <w:tcW w:type="dxa" w:w="215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2 (сдвоенная шахта)</w:t>
            </w:r>
          </w:p>
        </w:tc>
        <w:tc>
          <w:tcPr>
            <w:tcW w:type="dxa" w:w="1350"/>
            <w:vAlign w:val="center"/>
          </w:tcPr>
          <w:p>
            <w:pPr>
              <w:spacing w:before="0" w:after="0" w:line="252" w:lineRule="auto"/>
              <w:jc w:val="right"/>
            </w:pPr>
            <w:r/>
            <w:r>
              <w:rPr>
                <w:rFonts w:ascii="Segoe UI" w:hAnsi="Segoe UI" w:cs="Segoe UI" w:eastAsia="Segoe UI"/>
                <w:b/>
                <w:color w:val="1B2430"/>
                <w:sz w:val="19"/>
              </w:rPr>
              <w:t>403 847</w:t>
            </w:r>
          </w:p>
        </w:tc>
      </w:tr>
      <w:tr>
        <w:trPr>
          <w:cantSplit/>
          <w:trHeight w:val="300" w:hRule="atLeast"/>
        </w:trPr>
        <w:tc>
          <w:tcPr>
            <w:tcW w:type="dxa" w:w="495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УП-ГШ</w:t>
            </w:r>
          </w:p>
        </w:tc>
        <w:tc>
          <w:tcPr>
            <w:tcW w:type="dxa" w:w="156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1400 кг</w:t>
            </w:r>
          </w:p>
        </w:tc>
        <w:tc>
          <w:tcPr>
            <w:tcW w:type="dxa" w:w="215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2 (отдельная шахта)</w:t>
            </w:r>
          </w:p>
        </w:tc>
        <w:tc>
          <w:tcPr>
            <w:tcW w:type="dxa" w:w="1350"/>
            <w:vAlign w:val="center"/>
            <w:shd w:val="clear" w:color="auto" w:fill="F7F9FB"/>
          </w:tcPr>
          <w:p>
            <w:pPr>
              <w:spacing w:before="0" w:after="0" w:line="252" w:lineRule="auto"/>
              <w:jc w:val="right"/>
            </w:pPr>
            <w:r/>
            <w:r>
              <w:rPr>
                <w:rFonts w:ascii="Segoe UI" w:hAnsi="Segoe UI" w:cs="Segoe UI" w:eastAsia="Segoe UI"/>
                <w:b/>
                <w:color w:val="1B2430"/>
                <w:sz w:val="19"/>
              </w:rPr>
              <w:t>411 194</w:t>
            </w:r>
          </w:p>
        </w:tc>
      </w:tr>
      <w:tr>
        <w:trPr>
          <w:cantSplit/>
          <w:trHeight w:val="300" w:hRule="atLeast"/>
        </w:trPr>
        <w:tc>
          <w:tcPr>
            <w:tcW w:type="dxa" w:w="495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УП-ГШ</w:t>
            </w:r>
          </w:p>
        </w:tc>
        <w:tc>
          <w:tcPr>
            <w:tcW w:type="dxa" w:w="156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500 кг</w:t>
            </w:r>
          </w:p>
        </w:tc>
        <w:tc>
          <w:tcPr>
            <w:tcW w:type="dxa" w:w="215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3</w:t>
            </w:r>
          </w:p>
        </w:tc>
        <w:tc>
          <w:tcPr>
            <w:tcW w:type="dxa" w:w="1350"/>
            <w:vAlign w:val="center"/>
          </w:tcPr>
          <w:p>
            <w:pPr>
              <w:spacing w:before="0" w:after="0" w:line="252" w:lineRule="auto"/>
              <w:jc w:val="right"/>
            </w:pPr>
            <w:r/>
            <w:r>
              <w:rPr>
                <w:rFonts w:ascii="Segoe UI" w:hAnsi="Segoe UI" w:cs="Segoe UI" w:eastAsia="Segoe UI"/>
                <w:b/>
                <w:color w:val="1B2430"/>
                <w:sz w:val="19"/>
              </w:rPr>
              <w:t>449 925</w:t>
            </w:r>
          </w:p>
        </w:tc>
      </w:tr>
      <w:tr>
        <w:trPr>
          <w:cantSplit/>
          <w:trHeight w:val="300" w:hRule="atLeast"/>
        </w:trPr>
        <w:tc>
          <w:tcPr>
            <w:tcW w:type="dxa" w:w="495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УП-ГШ</w:t>
            </w:r>
          </w:p>
        </w:tc>
        <w:tc>
          <w:tcPr>
            <w:tcW w:type="dxa" w:w="156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500 кг</w:t>
            </w:r>
          </w:p>
        </w:tc>
        <w:tc>
          <w:tcPr>
            <w:tcW w:type="dxa" w:w="215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4</w:t>
            </w:r>
          </w:p>
        </w:tc>
        <w:tc>
          <w:tcPr>
            <w:tcW w:type="dxa" w:w="1350"/>
            <w:vAlign w:val="center"/>
            <w:shd w:val="clear" w:color="auto" w:fill="F7F9FB"/>
          </w:tcPr>
          <w:p>
            <w:pPr>
              <w:spacing w:before="0" w:after="0" w:line="252" w:lineRule="auto"/>
              <w:jc w:val="right"/>
            </w:pPr>
            <w:r/>
            <w:r>
              <w:rPr>
                <w:rFonts w:ascii="Segoe UI" w:hAnsi="Segoe UI" w:cs="Segoe UI" w:eastAsia="Segoe UI"/>
                <w:b/>
                <w:color w:val="1B2430"/>
                <w:sz w:val="19"/>
              </w:rPr>
              <w:t>450 125</w:t>
            </w:r>
          </w:p>
        </w:tc>
      </w:tr>
      <w:tr>
        <w:trPr>
          <w:cantSplit/>
          <w:trHeight w:val="300" w:hRule="atLeast"/>
        </w:trPr>
        <w:tc>
          <w:tcPr>
            <w:tcW w:type="dxa" w:w="495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УП-ГШ</w:t>
            </w:r>
          </w:p>
        </w:tc>
        <w:tc>
          <w:tcPr>
            <w:tcW w:type="dxa" w:w="156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2000 кг</w:t>
            </w:r>
          </w:p>
        </w:tc>
        <w:tc>
          <w:tcPr>
            <w:tcW w:type="dxa" w:w="215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3</w:t>
            </w:r>
          </w:p>
        </w:tc>
        <w:tc>
          <w:tcPr>
            <w:tcW w:type="dxa" w:w="1350"/>
            <w:vAlign w:val="center"/>
          </w:tcPr>
          <w:p>
            <w:pPr>
              <w:spacing w:before="0" w:after="0" w:line="252" w:lineRule="auto"/>
              <w:jc w:val="right"/>
            </w:pPr>
            <w:r/>
            <w:r>
              <w:rPr>
                <w:rFonts w:ascii="Segoe UI" w:hAnsi="Segoe UI" w:cs="Segoe UI" w:eastAsia="Segoe UI"/>
                <w:b/>
                <w:color w:val="1B2430"/>
                <w:sz w:val="19"/>
              </w:rPr>
              <w:t>462 135</w:t>
            </w:r>
          </w:p>
        </w:tc>
      </w:tr>
      <w:tr>
        <w:trPr>
          <w:cantSplit/>
          <w:trHeight w:val="300" w:hRule="atLeast"/>
        </w:trPr>
        <w:tc>
          <w:tcPr>
            <w:tcW w:type="dxa" w:w="495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УП-ГШ</w:t>
            </w:r>
          </w:p>
        </w:tc>
        <w:tc>
          <w:tcPr>
            <w:tcW w:type="dxa" w:w="156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1000 кг</w:t>
            </w:r>
          </w:p>
        </w:tc>
        <w:tc>
          <w:tcPr>
            <w:tcW w:type="dxa" w:w="215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4</w:t>
            </w:r>
          </w:p>
        </w:tc>
        <w:tc>
          <w:tcPr>
            <w:tcW w:type="dxa" w:w="1350"/>
            <w:vAlign w:val="center"/>
            <w:shd w:val="clear" w:color="auto" w:fill="F7F9FB"/>
          </w:tcPr>
          <w:p>
            <w:pPr>
              <w:spacing w:before="0" w:after="0" w:line="252" w:lineRule="auto"/>
              <w:jc w:val="right"/>
            </w:pPr>
            <w:r/>
            <w:r>
              <w:rPr>
                <w:rFonts w:ascii="Segoe UI" w:hAnsi="Segoe UI" w:cs="Segoe UI" w:eastAsia="Segoe UI"/>
                <w:b/>
                <w:color w:val="1B2430"/>
                <w:sz w:val="19"/>
              </w:rPr>
              <w:t>480 810</w:t>
            </w:r>
          </w:p>
        </w:tc>
      </w:tr>
      <w:tr>
        <w:trPr>
          <w:cantSplit/>
          <w:trHeight w:val="300" w:hRule="atLeast"/>
        </w:trPr>
        <w:tc>
          <w:tcPr>
            <w:tcW w:type="dxa" w:w="495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УП-ГШ</w:t>
            </w:r>
          </w:p>
        </w:tc>
        <w:tc>
          <w:tcPr>
            <w:tcW w:type="dxa" w:w="156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1000 кг</w:t>
            </w:r>
          </w:p>
        </w:tc>
        <w:tc>
          <w:tcPr>
            <w:tcW w:type="dxa" w:w="215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5</w:t>
            </w:r>
          </w:p>
        </w:tc>
        <w:tc>
          <w:tcPr>
            <w:tcW w:type="dxa" w:w="1350"/>
            <w:vAlign w:val="center"/>
          </w:tcPr>
          <w:p>
            <w:pPr>
              <w:spacing w:before="0" w:after="0" w:line="252" w:lineRule="auto"/>
              <w:jc w:val="right"/>
            </w:pPr>
            <w:r/>
            <w:r>
              <w:rPr>
                <w:rFonts w:ascii="Segoe UI" w:hAnsi="Segoe UI" w:cs="Segoe UI" w:eastAsia="Segoe UI"/>
                <w:b/>
                <w:color w:val="1B2430"/>
                <w:sz w:val="19"/>
              </w:rPr>
              <w:t>596 919</w:t>
            </w:r>
          </w:p>
        </w:tc>
      </w:tr>
      <w:tr>
        <w:trPr>
          <w:cantSplit/>
          <w:trHeight w:val="300" w:hRule="atLeast"/>
        </w:trPr>
        <w:tc>
          <w:tcPr>
            <w:tcW w:type="dxa" w:w="495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УП-ГШ</w:t>
            </w:r>
          </w:p>
        </w:tc>
        <w:tc>
          <w:tcPr>
            <w:tcW w:type="dxa" w:w="156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2000 кг</w:t>
            </w:r>
          </w:p>
        </w:tc>
        <w:tc>
          <w:tcPr>
            <w:tcW w:type="dxa" w:w="215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4</w:t>
            </w:r>
          </w:p>
        </w:tc>
        <w:tc>
          <w:tcPr>
            <w:tcW w:type="dxa" w:w="1350"/>
            <w:vAlign w:val="center"/>
            <w:shd w:val="clear" w:color="auto" w:fill="F7F9FB"/>
          </w:tcPr>
          <w:p>
            <w:pPr>
              <w:spacing w:before="0" w:after="0" w:line="252" w:lineRule="auto"/>
              <w:jc w:val="right"/>
            </w:pPr>
            <w:r/>
            <w:r>
              <w:rPr>
                <w:rFonts w:ascii="Segoe UI" w:hAnsi="Segoe UI" w:cs="Segoe UI" w:eastAsia="Segoe UI"/>
                <w:b/>
                <w:color w:val="1B2430"/>
                <w:sz w:val="19"/>
              </w:rPr>
              <w:t>693 278</w:t>
            </w:r>
          </w:p>
        </w:tc>
      </w:tr>
      <w:tr>
        <w:trPr>
          <w:cantSplit/>
          <w:trHeight w:val="300" w:hRule="atLeast"/>
        </w:trPr>
        <w:tc>
          <w:tcPr>
            <w:tcW w:type="dxa" w:w="495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УП-ГШ</w:t>
            </w:r>
          </w:p>
        </w:tc>
        <w:tc>
          <w:tcPr>
            <w:tcW w:type="dxa" w:w="156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2000 кг</w:t>
            </w:r>
          </w:p>
        </w:tc>
        <w:tc>
          <w:tcPr>
            <w:tcW w:type="dxa" w:w="215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9</w:t>
            </w:r>
          </w:p>
        </w:tc>
        <w:tc>
          <w:tcPr>
            <w:tcW w:type="dxa" w:w="1350"/>
            <w:vAlign w:val="center"/>
          </w:tcPr>
          <w:p>
            <w:pPr>
              <w:spacing w:before="0" w:after="0" w:line="252" w:lineRule="auto"/>
              <w:jc w:val="right"/>
            </w:pPr>
            <w:r/>
            <w:r>
              <w:rPr>
                <w:rFonts w:ascii="Segoe UI" w:hAnsi="Segoe UI" w:cs="Segoe UI" w:eastAsia="Segoe UI"/>
                <w:b/>
                <w:color w:val="1B2430"/>
                <w:sz w:val="19"/>
              </w:rPr>
              <w:t>1 029 491</w:t>
            </w:r>
          </w:p>
        </w:tc>
      </w:tr>
      <w:tr>
        <w:trPr>
          <w:cantSplit/>
          <w:trHeight w:val="300" w:hRule="atLeast"/>
        </w:trPr>
        <w:tc>
          <w:tcPr>
            <w:tcW w:type="dxa" w:w="495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УП-ГШ</w:t>
            </w:r>
          </w:p>
        </w:tc>
        <w:tc>
          <w:tcPr>
            <w:tcW w:type="dxa" w:w="156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3000 кг</w:t>
            </w:r>
          </w:p>
        </w:tc>
        <w:tc>
          <w:tcPr>
            <w:tcW w:type="dxa" w:w="215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7</w:t>
            </w:r>
          </w:p>
        </w:tc>
        <w:tc>
          <w:tcPr>
            <w:tcW w:type="dxa" w:w="1350"/>
            <w:vAlign w:val="center"/>
            <w:shd w:val="clear" w:color="auto" w:fill="F7F9FB"/>
          </w:tcPr>
          <w:p>
            <w:pPr>
              <w:spacing w:before="0" w:after="0" w:line="252" w:lineRule="auto"/>
              <w:jc w:val="right"/>
            </w:pPr>
            <w:r/>
            <w:r>
              <w:rPr>
                <w:rFonts w:ascii="Segoe UI" w:hAnsi="Segoe UI" w:cs="Segoe UI" w:eastAsia="Segoe UI"/>
                <w:b/>
                <w:color w:val="1B2430"/>
                <w:sz w:val="19"/>
              </w:rPr>
              <w:t>1 651 459</w:t>
            </w:r>
          </w:p>
        </w:tc>
      </w:tr>
      <w:tr>
        <w:trPr>
          <w:cantSplit/>
          <w:trHeight w:val="300" w:hRule="atLeast"/>
        </w:trPr>
        <w:tc>
          <w:tcPr>
            <w:tcW w:type="dxa" w:w="495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УП-МК</w:t>
            </w:r>
          </w:p>
        </w:tc>
        <w:tc>
          <w:tcPr>
            <w:tcW w:type="dxa" w:w="156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500 кг</w:t>
            </w:r>
          </w:p>
        </w:tc>
        <w:tc>
          <w:tcPr>
            <w:tcW w:type="dxa" w:w="215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2</w:t>
            </w:r>
          </w:p>
        </w:tc>
        <w:tc>
          <w:tcPr>
            <w:tcW w:type="dxa" w:w="1350"/>
            <w:vAlign w:val="center"/>
          </w:tcPr>
          <w:p>
            <w:pPr>
              <w:spacing w:before="0" w:after="0" w:line="252" w:lineRule="auto"/>
              <w:jc w:val="right"/>
            </w:pPr>
            <w:r/>
            <w:r>
              <w:rPr>
                <w:rFonts w:ascii="Segoe UI" w:hAnsi="Segoe UI" w:cs="Segoe UI" w:eastAsia="Segoe UI"/>
                <w:b/>
                <w:color w:val="1B2430"/>
                <w:sz w:val="19"/>
              </w:rPr>
              <w:t>268 851</w:t>
            </w:r>
          </w:p>
        </w:tc>
      </w:tr>
    </w:tbl>
    <w:p>
      <w:pPr>
        <w:spacing w:before="0" w:after="0" w:line="240" w:lineRule="auto"/>
        <w:jc w:val="left"/>
      </w:pPr>
    </w:p>
    <w:p>
      <w:pPr>
        <w:keepNext/>
        <w:spacing w:before="200" w:after="0" w:line="240" w:lineRule="auto"/>
      </w:pPr>
      <w:r>
        <w:rPr>
          <w:rFonts w:ascii="Segoe UI" w:hAnsi="Segoe UI" w:cs="Segoe UI" w:eastAsia="Segoe UI"/>
          <w:b/>
          <w:color w:val="1B2430"/>
          <w:sz w:val="23"/>
        </w:rPr>
        <w:t>СТОЛЫ ПОДЪЁМНЫЕ ГИДРАВЛИЧЕСКИЕ</w:t>
      </w:r>
    </w:p>
    <w:tbl>
      <w:tblPr>
        <w:tblW w:type="dxa" w:w="10010"/>
        <w:jc w:val="left"/>
        <w:tblLayout w:type="fixed"/>
        <w:tblLook w:firstColumn="1" w:firstRow="1" w:lastColumn="0" w:lastRow="0" w:noHBand="0" w:noVBand="1" w:val="04A0"/>
        <w:tblBorders>
          <w:top w:val="single" w:sz="6" w:space="0" w:color="D5DBE1"/>
          <w:left w:val="single" w:sz="6" w:space="0" w:color="D5DBE1"/>
          <w:bottom w:val="single" w:sz="6" w:space="0" w:color="D5DBE1"/>
          <w:right w:val="single" w:sz="6" w:space="0" w:color="D5DBE1"/>
          <w:insideH w:val="single" w:sz="6" w:space="0" w:color="D5DBE1"/>
          <w:insideV w:val="single" w:sz="6" w:space="0" w:color="D5DBE1"/>
        </w:tblBorders>
        <w:tblCellMar>
          <w:top w:w="58" w:type="dxa"/>
          <w:left w:w="110" w:type="dxa"/>
          <w:bottom w:w="58" w:type="dxa"/>
          <w:right w:w="110" w:type="dxa"/>
        </w:tblCellMar>
      </w:tblPr>
      <w:tblGrid>
        <w:gridCol w:w="4950"/>
        <w:gridCol w:w="1560"/>
        <w:gridCol w:w="2150"/>
        <w:gridCol w:w="1350"/>
      </w:tblGrid>
      <w:tr>
        <w:trPr>
          <w:cantSplit/>
          <w:tblHeader w:val="true"/>
          <w:trHeight w:val="380" w:hRule="atLeast"/>
        </w:trPr>
        <w:tc>
          <w:tcPr>
            <w:tcW w:type="dxa" w:w="4950"/>
            <w:shd w:val="clear" w:color="auto" w:fill="EDF1F5"/>
            <w:vAlign w:val="center"/>
            <w:tcBorders>
              <w:bottom w:val="single" w:sz="12" w:space="0" w:color="1B243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Segoe UI" w:hAnsi="Segoe UI" w:cs="Segoe UI" w:eastAsia="Segoe UI"/>
                <w:b/>
                <w:color w:val="1B2430"/>
                <w:sz w:val="18"/>
              </w:rPr>
              <w:t>Тип / модель</w:t>
            </w:r>
          </w:p>
        </w:tc>
        <w:tc>
          <w:tcPr>
            <w:tcW w:type="dxa" w:w="1560"/>
            <w:shd w:val="clear" w:color="auto" w:fill="EDF1F5"/>
            <w:vAlign w:val="center"/>
            <w:tcBorders>
              <w:bottom w:val="single" w:sz="12" w:space="0" w:color="1B243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Segoe UI" w:hAnsi="Segoe UI" w:cs="Segoe UI" w:eastAsia="Segoe UI"/>
                <w:b/>
                <w:color w:val="1B2430"/>
                <w:sz w:val="18"/>
              </w:rPr>
              <w:t>Г/п</w:t>
            </w:r>
          </w:p>
        </w:tc>
        <w:tc>
          <w:tcPr>
            <w:tcW w:type="dxa" w:w="2150"/>
            <w:shd w:val="clear" w:color="auto" w:fill="EDF1F5"/>
            <w:vAlign w:val="center"/>
            <w:tcBorders>
              <w:bottom w:val="single" w:sz="12" w:space="0" w:color="1B243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Segoe UI" w:hAnsi="Segoe UI" w:cs="Segoe UI" w:eastAsia="Segoe UI"/>
                <w:b/>
                <w:color w:val="1B2430"/>
                <w:sz w:val="18"/>
              </w:rPr>
              <w:t>Остановки</w:t>
            </w:r>
          </w:p>
        </w:tc>
        <w:tc>
          <w:tcPr>
            <w:tcW w:type="dxa" w:w="1350"/>
            <w:shd w:val="clear" w:color="auto" w:fill="EDF1F5"/>
            <w:vAlign w:val="center"/>
            <w:tcBorders>
              <w:bottom w:val="single" w:sz="12" w:space="0" w:color="1B2430"/>
            </w:tcBorders>
          </w:tcPr>
          <w:p>
            <w:pPr>
              <w:spacing w:before="0" w:after="0" w:line="240" w:lineRule="auto"/>
              <w:jc w:val="right"/>
            </w:pPr>
            <w:r/>
            <w:r>
              <w:rPr>
                <w:rFonts w:ascii="Segoe UI" w:hAnsi="Segoe UI" w:cs="Segoe UI" w:eastAsia="Segoe UI"/>
                <w:b/>
                <w:color w:val="1B2430"/>
                <w:sz w:val="18"/>
              </w:rPr>
              <w:t>Цена от, ₽</w:t>
            </w:r>
          </w:p>
        </w:tc>
      </w:tr>
      <w:tr>
        <w:trPr>
          <w:cantSplit/>
          <w:trHeight w:val="300" w:hRule="atLeast"/>
        </w:trPr>
        <w:tc>
          <w:tcPr>
            <w:tcW w:type="dxa" w:w="495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СПГВ 250</w:t>
            </w:r>
          </w:p>
        </w:tc>
        <w:tc>
          <w:tcPr>
            <w:tcW w:type="dxa" w:w="156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250 кг</w:t>
            </w:r>
          </w:p>
        </w:tc>
        <w:tc>
          <w:tcPr>
            <w:tcW w:type="dxa" w:w="215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—</w:t>
            </w:r>
          </w:p>
        </w:tc>
        <w:tc>
          <w:tcPr>
            <w:tcW w:type="dxa" w:w="1350"/>
            <w:vAlign w:val="center"/>
          </w:tcPr>
          <w:p>
            <w:pPr>
              <w:spacing w:before="0" w:after="0" w:line="252" w:lineRule="auto"/>
              <w:jc w:val="right"/>
            </w:pPr>
            <w:r/>
            <w:r>
              <w:rPr>
                <w:rFonts w:ascii="Segoe UI" w:hAnsi="Segoe UI" w:cs="Segoe UI" w:eastAsia="Segoe UI"/>
                <w:b/>
                <w:color w:val="1B2430"/>
                <w:sz w:val="19"/>
              </w:rPr>
              <w:t>314 147</w:t>
            </w:r>
          </w:p>
        </w:tc>
      </w:tr>
      <w:tr>
        <w:trPr>
          <w:cantSplit/>
          <w:trHeight w:val="300" w:hRule="atLeast"/>
        </w:trPr>
        <w:tc>
          <w:tcPr>
            <w:tcW w:type="dxa" w:w="495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Стол подъёмный, платформа 1500×1000</w:t>
            </w:r>
          </w:p>
        </w:tc>
        <w:tc>
          <w:tcPr>
            <w:tcW w:type="dxa" w:w="156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до 1 т</w:t>
            </w:r>
          </w:p>
        </w:tc>
        <w:tc>
          <w:tcPr>
            <w:tcW w:type="dxa" w:w="215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—</w:t>
            </w:r>
          </w:p>
        </w:tc>
        <w:tc>
          <w:tcPr>
            <w:tcW w:type="dxa" w:w="1350"/>
            <w:vAlign w:val="center"/>
            <w:shd w:val="clear" w:color="auto" w:fill="F7F9FB"/>
          </w:tcPr>
          <w:p>
            <w:pPr>
              <w:spacing w:before="0" w:after="0" w:line="252" w:lineRule="auto"/>
              <w:jc w:val="right"/>
            </w:pPr>
            <w:r/>
            <w:r>
              <w:rPr>
                <w:rFonts w:ascii="Segoe UI" w:hAnsi="Segoe UI" w:cs="Segoe UI" w:eastAsia="Segoe UI"/>
                <w:b/>
                <w:color w:val="1B2430"/>
                <w:sz w:val="19"/>
              </w:rPr>
              <w:t>425 010</w:t>
            </w:r>
          </w:p>
        </w:tc>
      </w:tr>
      <w:tr>
        <w:trPr>
          <w:cantSplit/>
          <w:trHeight w:val="300" w:hRule="atLeast"/>
        </w:trPr>
        <w:tc>
          <w:tcPr>
            <w:tcW w:type="dxa" w:w="495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СПГВ 300</w:t>
            </w:r>
          </w:p>
        </w:tc>
        <w:tc>
          <w:tcPr>
            <w:tcW w:type="dxa" w:w="156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300 кг</w:t>
            </w:r>
          </w:p>
        </w:tc>
        <w:tc>
          <w:tcPr>
            <w:tcW w:type="dxa" w:w="215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—</w:t>
            </w:r>
          </w:p>
        </w:tc>
        <w:tc>
          <w:tcPr>
            <w:tcW w:type="dxa" w:w="1350"/>
            <w:vAlign w:val="center"/>
          </w:tcPr>
          <w:p>
            <w:pPr>
              <w:spacing w:before="0" w:after="0" w:line="252" w:lineRule="auto"/>
              <w:jc w:val="right"/>
            </w:pPr>
            <w:r/>
            <w:r>
              <w:rPr>
                <w:rFonts w:ascii="Segoe UI" w:hAnsi="Segoe UI" w:cs="Segoe UI" w:eastAsia="Segoe UI"/>
                <w:b/>
                <w:color w:val="1B2430"/>
                <w:sz w:val="19"/>
              </w:rPr>
              <w:t>438 494</w:t>
            </w:r>
          </w:p>
        </w:tc>
      </w:tr>
      <w:tr>
        <w:trPr>
          <w:cantSplit/>
          <w:trHeight w:val="300" w:hRule="atLeast"/>
        </w:trPr>
        <w:tc>
          <w:tcPr>
            <w:tcW w:type="dxa" w:w="495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СПГВ 500,</w:t>
            </w:r>
          </w:p>
        </w:tc>
        <w:tc>
          <w:tcPr>
            <w:tcW w:type="dxa" w:w="156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500 кг</w:t>
            </w:r>
          </w:p>
        </w:tc>
        <w:tc>
          <w:tcPr>
            <w:tcW w:type="dxa" w:w="215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—</w:t>
            </w:r>
          </w:p>
        </w:tc>
        <w:tc>
          <w:tcPr>
            <w:tcW w:type="dxa" w:w="1350"/>
            <w:vAlign w:val="center"/>
            <w:shd w:val="clear" w:color="auto" w:fill="F7F9FB"/>
          </w:tcPr>
          <w:p>
            <w:pPr>
              <w:spacing w:before="0" w:after="0" w:line="252" w:lineRule="auto"/>
              <w:jc w:val="right"/>
            </w:pPr>
            <w:r/>
            <w:r>
              <w:rPr>
                <w:rFonts w:ascii="Segoe UI" w:hAnsi="Segoe UI" w:cs="Segoe UI" w:eastAsia="Segoe UI"/>
                <w:b/>
                <w:color w:val="1B2430"/>
                <w:sz w:val="19"/>
              </w:rPr>
              <w:t>457 085</w:t>
            </w:r>
          </w:p>
        </w:tc>
      </w:tr>
      <w:tr>
        <w:trPr>
          <w:cantSplit/>
          <w:trHeight w:val="300" w:hRule="atLeast"/>
        </w:trPr>
        <w:tc>
          <w:tcPr>
            <w:tcW w:type="dxa" w:w="495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Стол подъёмный гидравлический</w:t>
            </w:r>
          </w:p>
        </w:tc>
        <w:tc>
          <w:tcPr>
            <w:tcW w:type="dxa" w:w="156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—</w:t>
            </w:r>
          </w:p>
        </w:tc>
        <w:tc>
          <w:tcPr>
            <w:tcW w:type="dxa" w:w="215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—</w:t>
            </w:r>
          </w:p>
        </w:tc>
        <w:tc>
          <w:tcPr>
            <w:tcW w:type="dxa" w:w="1350"/>
            <w:vAlign w:val="center"/>
          </w:tcPr>
          <w:p>
            <w:pPr>
              <w:spacing w:before="0" w:after="0" w:line="252" w:lineRule="auto"/>
              <w:jc w:val="right"/>
            </w:pPr>
            <w:r/>
            <w:r>
              <w:rPr>
                <w:rFonts w:ascii="Segoe UI" w:hAnsi="Segoe UI" w:cs="Segoe UI" w:eastAsia="Segoe UI"/>
                <w:b/>
                <w:color w:val="1B2430"/>
                <w:sz w:val="19"/>
              </w:rPr>
              <w:t>484 251</w:t>
            </w:r>
          </w:p>
        </w:tc>
      </w:tr>
      <w:tr>
        <w:trPr>
          <w:cantSplit/>
          <w:trHeight w:val="300" w:hRule="atLeast"/>
        </w:trPr>
        <w:tc>
          <w:tcPr>
            <w:tcW w:type="dxa" w:w="495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СПГВ 1000</w:t>
            </w:r>
          </w:p>
        </w:tc>
        <w:tc>
          <w:tcPr>
            <w:tcW w:type="dxa" w:w="156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1000 кг</w:t>
            </w:r>
          </w:p>
        </w:tc>
        <w:tc>
          <w:tcPr>
            <w:tcW w:type="dxa" w:w="215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—</w:t>
            </w:r>
          </w:p>
        </w:tc>
        <w:tc>
          <w:tcPr>
            <w:tcW w:type="dxa" w:w="1350"/>
            <w:vAlign w:val="center"/>
            <w:shd w:val="clear" w:color="auto" w:fill="F7F9FB"/>
          </w:tcPr>
          <w:p>
            <w:pPr>
              <w:spacing w:before="0" w:after="0" w:line="252" w:lineRule="auto"/>
              <w:jc w:val="right"/>
            </w:pPr>
            <w:r/>
            <w:r>
              <w:rPr>
                <w:rFonts w:ascii="Segoe UI" w:hAnsi="Segoe UI" w:cs="Segoe UI" w:eastAsia="Segoe UI"/>
                <w:b/>
                <w:color w:val="1B2430"/>
                <w:sz w:val="19"/>
              </w:rPr>
              <w:t>531 216</w:t>
            </w:r>
          </w:p>
        </w:tc>
      </w:tr>
      <w:tr>
        <w:trPr>
          <w:cantSplit/>
          <w:trHeight w:val="300" w:hRule="atLeast"/>
        </w:trPr>
        <w:tc>
          <w:tcPr>
            <w:tcW w:type="dxa" w:w="495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Стол подъёмный, до 2000 кг</w:t>
            </w:r>
          </w:p>
        </w:tc>
        <w:tc>
          <w:tcPr>
            <w:tcW w:type="dxa" w:w="156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2000 кг</w:t>
            </w:r>
          </w:p>
        </w:tc>
        <w:tc>
          <w:tcPr>
            <w:tcW w:type="dxa" w:w="215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—</w:t>
            </w:r>
          </w:p>
        </w:tc>
        <w:tc>
          <w:tcPr>
            <w:tcW w:type="dxa" w:w="1350"/>
            <w:vAlign w:val="center"/>
          </w:tcPr>
          <w:p>
            <w:pPr>
              <w:spacing w:before="0" w:after="0" w:line="252" w:lineRule="auto"/>
              <w:jc w:val="right"/>
            </w:pPr>
            <w:r/>
            <w:r>
              <w:rPr>
                <w:rFonts w:ascii="Segoe UI" w:hAnsi="Segoe UI" w:cs="Segoe UI" w:eastAsia="Segoe UI"/>
                <w:b/>
                <w:color w:val="1B2430"/>
                <w:sz w:val="19"/>
              </w:rPr>
              <w:t>623 565</w:t>
            </w:r>
          </w:p>
        </w:tc>
      </w:tr>
      <w:tr>
        <w:trPr>
          <w:cantSplit/>
          <w:trHeight w:val="300" w:hRule="atLeast"/>
        </w:trPr>
        <w:tc>
          <w:tcPr>
            <w:tcW w:type="dxa" w:w="495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Стол подъёмный, платформа 3000×2000</w:t>
            </w:r>
          </w:p>
        </w:tc>
        <w:tc>
          <w:tcPr>
            <w:tcW w:type="dxa" w:w="156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до 4 т</w:t>
            </w:r>
          </w:p>
        </w:tc>
        <w:tc>
          <w:tcPr>
            <w:tcW w:type="dxa" w:w="215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—</w:t>
            </w:r>
          </w:p>
        </w:tc>
        <w:tc>
          <w:tcPr>
            <w:tcW w:type="dxa" w:w="1350"/>
            <w:vAlign w:val="center"/>
            <w:shd w:val="clear" w:color="auto" w:fill="F7F9FB"/>
          </w:tcPr>
          <w:p>
            <w:pPr>
              <w:spacing w:before="0" w:after="0" w:line="252" w:lineRule="auto"/>
              <w:jc w:val="right"/>
            </w:pPr>
            <w:r/>
            <w:r>
              <w:rPr>
                <w:rFonts w:ascii="Segoe UI" w:hAnsi="Segoe UI" w:cs="Segoe UI" w:eastAsia="Segoe UI"/>
                <w:b/>
                <w:color w:val="1B2430"/>
                <w:sz w:val="19"/>
              </w:rPr>
              <w:t>789 570</w:t>
            </w:r>
          </w:p>
        </w:tc>
      </w:tr>
      <w:tr>
        <w:trPr>
          <w:cantSplit/>
          <w:trHeight w:val="300" w:hRule="atLeast"/>
        </w:trPr>
        <w:tc>
          <w:tcPr>
            <w:tcW w:type="dxa" w:w="495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СПГ 2000</w:t>
            </w:r>
          </w:p>
        </w:tc>
        <w:tc>
          <w:tcPr>
            <w:tcW w:type="dxa" w:w="156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2000 кг</w:t>
            </w:r>
          </w:p>
        </w:tc>
        <w:tc>
          <w:tcPr>
            <w:tcW w:type="dxa" w:w="215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—</w:t>
            </w:r>
          </w:p>
        </w:tc>
        <w:tc>
          <w:tcPr>
            <w:tcW w:type="dxa" w:w="1350"/>
            <w:vAlign w:val="center"/>
          </w:tcPr>
          <w:p>
            <w:pPr>
              <w:spacing w:before="0" w:after="0" w:line="252" w:lineRule="auto"/>
              <w:jc w:val="right"/>
            </w:pPr>
            <w:r/>
            <w:r>
              <w:rPr>
                <w:rFonts w:ascii="Segoe UI" w:hAnsi="Segoe UI" w:cs="Segoe UI" w:eastAsia="Segoe UI"/>
                <w:b/>
                <w:color w:val="1B2430"/>
                <w:sz w:val="19"/>
              </w:rPr>
              <w:t>801 753</w:t>
            </w:r>
          </w:p>
        </w:tc>
      </w:tr>
      <w:tr>
        <w:trPr>
          <w:cantSplit/>
          <w:trHeight w:val="300" w:hRule="atLeast"/>
        </w:trPr>
        <w:tc>
          <w:tcPr>
            <w:tcW w:type="dxa" w:w="495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СПГВ 2000,</w:t>
            </w:r>
          </w:p>
        </w:tc>
        <w:tc>
          <w:tcPr>
            <w:tcW w:type="dxa" w:w="156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2000 кг</w:t>
            </w:r>
          </w:p>
        </w:tc>
        <w:tc>
          <w:tcPr>
            <w:tcW w:type="dxa" w:w="215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—</w:t>
            </w:r>
          </w:p>
        </w:tc>
        <w:tc>
          <w:tcPr>
            <w:tcW w:type="dxa" w:w="1350"/>
            <w:vAlign w:val="center"/>
            <w:shd w:val="clear" w:color="auto" w:fill="F7F9FB"/>
          </w:tcPr>
          <w:p>
            <w:pPr>
              <w:spacing w:before="0" w:after="0" w:line="252" w:lineRule="auto"/>
              <w:jc w:val="right"/>
            </w:pPr>
            <w:r/>
            <w:r>
              <w:rPr>
                <w:rFonts w:ascii="Segoe UI" w:hAnsi="Segoe UI" w:cs="Segoe UI" w:eastAsia="Segoe UI"/>
                <w:b/>
                <w:color w:val="1B2430"/>
                <w:sz w:val="19"/>
              </w:rPr>
              <w:t>965 898</w:t>
            </w:r>
          </w:p>
        </w:tc>
      </w:tr>
      <w:tr>
        <w:trPr>
          <w:cantSplit/>
          <w:trHeight w:val="300" w:hRule="atLeast"/>
        </w:trPr>
        <w:tc>
          <w:tcPr>
            <w:tcW w:type="dxa" w:w="495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СПГВ 3000,</w:t>
            </w:r>
          </w:p>
        </w:tc>
        <w:tc>
          <w:tcPr>
            <w:tcW w:type="dxa" w:w="156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3000 кг</w:t>
            </w:r>
          </w:p>
        </w:tc>
        <w:tc>
          <w:tcPr>
            <w:tcW w:type="dxa" w:w="215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—</w:t>
            </w:r>
          </w:p>
        </w:tc>
        <w:tc>
          <w:tcPr>
            <w:tcW w:type="dxa" w:w="1350"/>
            <w:vAlign w:val="center"/>
          </w:tcPr>
          <w:p>
            <w:pPr>
              <w:spacing w:before="0" w:after="0" w:line="252" w:lineRule="auto"/>
              <w:jc w:val="right"/>
            </w:pPr>
            <w:r/>
            <w:r>
              <w:rPr>
                <w:rFonts w:ascii="Segoe UI" w:hAnsi="Segoe UI" w:cs="Segoe UI" w:eastAsia="Segoe UI"/>
                <w:b/>
                <w:color w:val="1B2430"/>
                <w:sz w:val="19"/>
              </w:rPr>
              <w:t>1 288 143</w:t>
            </w:r>
          </w:p>
        </w:tc>
      </w:tr>
      <w:tr>
        <w:trPr>
          <w:cantSplit/>
          <w:trHeight w:val="300" w:hRule="atLeast"/>
        </w:trPr>
        <w:tc>
          <w:tcPr>
            <w:tcW w:type="dxa" w:w="495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Стол подъёмный гидравлический</w:t>
            </w:r>
          </w:p>
        </w:tc>
        <w:tc>
          <w:tcPr>
            <w:tcW w:type="dxa" w:w="156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1000 кг</w:t>
            </w:r>
          </w:p>
        </w:tc>
        <w:tc>
          <w:tcPr>
            <w:tcW w:type="dxa" w:w="215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—</w:t>
            </w:r>
          </w:p>
        </w:tc>
        <w:tc>
          <w:tcPr>
            <w:tcW w:type="dxa" w:w="1350"/>
            <w:vAlign w:val="center"/>
            <w:shd w:val="clear" w:color="auto" w:fill="F7F9FB"/>
          </w:tcPr>
          <w:p>
            <w:pPr>
              <w:spacing w:before="0" w:after="0" w:line="252" w:lineRule="auto"/>
              <w:jc w:val="right"/>
            </w:pPr>
            <w:r/>
            <w:r>
              <w:rPr>
                <w:rFonts w:ascii="Segoe UI" w:hAnsi="Segoe UI" w:cs="Segoe UI" w:eastAsia="Segoe UI"/>
                <w:b/>
                <w:color w:val="1B2430"/>
                <w:sz w:val="19"/>
              </w:rPr>
              <w:t>1 328 040</w:t>
            </w:r>
          </w:p>
        </w:tc>
      </w:tr>
      <w:tr>
        <w:trPr>
          <w:cantSplit/>
          <w:trHeight w:val="300" w:hRule="atLeast"/>
        </w:trPr>
        <w:tc>
          <w:tcPr>
            <w:tcW w:type="dxa" w:w="495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СПГ 4000, платформа 6200×3240</w:t>
            </w:r>
          </w:p>
        </w:tc>
        <w:tc>
          <w:tcPr>
            <w:tcW w:type="dxa" w:w="156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4000 кг</w:t>
            </w:r>
          </w:p>
        </w:tc>
        <w:tc>
          <w:tcPr>
            <w:tcW w:type="dxa" w:w="215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—</w:t>
            </w:r>
          </w:p>
        </w:tc>
        <w:tc>
          <w:tcPr>
            <w:tcW w:type="dxa" w:w="1350"/>
            <w:vAlign w:val="center"/>
          </w:tcPr>
          <w:p>
            <w:pPr>
              <w:spacing w:before="0" w:after="0" w:line="252" w:lineRule="auto"/>
              <w:jc w:val="right"/>
            </w:pPr>
            <w:r/>
            <w:r>
              <w:rPr>
                <w:rFonts w:ascii="Segoe UI" w:hAnsi="Segoe UI" w:cs="Segoe UI" w:eastAsia="Segoe UI"/>
                <w:b/>
                <w:color w:val="1B2430"/>
                <w:sz w:val="19"/>
              </w:rPr>
              <w:t>1 574 862</w:t>
            </w:r>
          </w:p>
        </w:tc>
      </w:tr>
      <w:tr>
        <w:trPr>
          <w:cantSplit/>
          <w:trHeight w:val="300" w:hRule="atLeast"/>
        </w:trPr>
        <w:tc>
          <w:tcPr>
            <w:tcW w:type="dxa" w:w="495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Стол подъёмный гидравлический</w:t>
            </w:r>
          </w:p>
        </w:tc>
        <w:tc>
          <w:tcPr>
            <w:tcW w:type="dxa" w:w="156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1500 кг</w:t>
            </w:r>
          </w:p>
        </w:tc>
        <w:tc>
          <w:tcPr>
            <w:tcW w:type="dxa" w:w="215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—</w:t>
            </w:r>
          </w:p>
        </w:tc>
        <w:tc>
          <w:tcPr>
            <w:tcW w:type="dxa" w:w="1350"/>
            <w:vAlign w:val="center"/>
            <w:shd w:val="clear" w:color="auto" w:fill="F7F9FB"/>
          </w:tcPr>
          <w:p>
            <w:pPr>
              <w:spacing w:before="0" w:after="0" w:line="252" w:lineRule="auto"/>
              <w:jc w:val="right"/>
            </w:pPr>
            <w:r/>
            <w:r>
              <w:rPr>
                <w:rFonts w:ascii="Segoe UI" w:hAnsi="Segoe UI" w:cs="Segoe UI" w:eastAsia="Segoe UI"/>
                <w:b/>
                <w:color w:val="1B2430"/>
                <w:sz w:val="19"/>
              </w:rPr>
              <w:t>1 575 420</w:t>
            </w:r>
          </w:p>
        </w:tc>
      </w:tr>
      <w:tr>
        <w:trPr>
          <w:cantSplit/>
          <w:trHeight w:val="300" w:hRule="atLeast"/>
        </w:trPr>
        <w:tc>
          <w:tcPr>
            <w:tcW w:type="dxa" w:w="495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СПГВ 4000,</w:t>
            </w:r>
          </w:p>
        </w:tc>
        <w:tc>
          <w:tcPr>
            <w:tcW w:type="dxa" w:w="156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4000 кг</w:t>
            </w:r>
          </w:p>
        </w:tc>
        <w:tc>
          <w:tcPr>
            <w:tcW w:type="dxa" w:w="215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—</w:t>
            </w:r>
          </w:p>
        </w:tc>
        <w:tc>
          <w:tcPr>
            <w:tcW w:type="dxa" w:w="1350"/>
            <w:vAlign w:val="center"/>
          </w:tcPr>
          <w:p>
            <w:pPr>
              <w:spacing w:before="0" w:after="0" w:line="252" w:lineRule="auto"/>
              <w:jc w:val="right"/>
            </w:pPr>
            <w:r/>
            <w:r>
              <w:rPr>
                <w:rFonts w:ascii="Segoe UI" w:hAnsi="Segoe UI" w:cs="Segoe UI" w:eastAsia="Segoe UI"/>
                <w:b/>
                <w:color w:val="1B2430"/>
                <w:sz w:val="19"/>
              </w:rPr>
              <w:t>1 924 914</w:t>
            </w:r>
          </w:p>
        </w:tc>
      </w:tr>
      <w:tr>
        <w:trPr>
          <w:cantSplit/>
          <w:trHeight w:val="300" w:hRule="atLeast"/>
        </w:trPr>
        <w:tc>
          <w:tcPr>
            <w:tcW w:type="dxa" w:w="495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СПГВ 5000,</w:t>
            </w:r>
          </w:p>
        </w:tc>
        <w:tc>
          <w:tcPr>
            <w:tcW w:type="dxa" w:w="156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5000 кг</w:t>
            </w:r>
          </w:p>
        </w:tc>
        <w:tc>
          <w:tcPr>
            <w:tcW w:type="dxa" w:w="215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—</w:t>
            </w:r>
          </w:p>
        </w:tc>
        <w:tc>
          <w:tcPr>
            <w:tcW w:type="dxa" w:w="1350"/>
            <w:vAlign w:val="center"/>
            <w:shd w:val="clear" w:color="auto" w:fill="F7F9FB"/>
          </w:tcPr>
          <w:p>
            <w:pPr>
              <w:spacing w:before="0" w:after="0" w:line="252" w:lineRule="auto"/>
              <w:jc w:val="right"/>
            </w:pPr>
            <w:r/>
            <w:r>
              <w:rPr>
                <w:rFonts w:ascii="Segoe UI" w:hAnsi="Segoe UI" w:cs="Segoe UI" w:eastAsia="Segoe UI"/>
                <w:b/>
                <w:color w:val="1B2430"/>
                <w:sz w:val="19"/>
              </w:rPr>
              <w:t>2 046 023</w:t>
            </w:r>
          </w:p>
        </w:tc>
      </w:tr>
      <w:tr>
        <w:trPr>
          <w:cantSplit/>
          <w:trHeight w:val="300" w:hRule="atLeast"/>
        </w:trPr>
        <w:tc>
          <w:tcPr>
            <w:tcW w:type="dxa" w:w="495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Стол подъёмный гидравлический</w:t>
            </w:r>
          </w:p>
        </w:tc>
        <w:tc>
          <w:tcPr>
            <w:tcW w:type="dxa" w:w="156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5000 кг</w:t>
            </w:r>
          </w:p>
        </w:tc>
        <w:tc>
          <w:tcPr>
            <w:tcW w:type="dxa" w:w="2150"/>
            <w:vAlign w:val="center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—</w:t>
            </w:r>
          </w:p>
        </w:tc>
        <w:tc>
          <w:tcPr>
            <w:tcW w:type="dxa" w:w="1350"/>
            <w:vAlign w:val="center"/>
          </w:tcPr>
          <w:p>
            <w:pPr>
              <w:spacing w:before="0" w:after="0" w:line="252" w:lineRule="auto"/>
              <w:jc w:val="right"/>
            </w:pPr>
            <w:r/>
            <w:r>
              <w:rPr>
                <w:rFonts w:ascii="Segoe UI" w:hAnsi="Segoe UI" w:cs="Segoe UI" w:eastAsia="Segoe UI"/>
                <w:b/>
                <w:color w:val="1B2430"/>
                <w:sz w:val="19"/>
              </w:rPr>
              <w:t>2 418 000</w:t>
            </w:r>
          </w:p>
        </w:tc>
      </w:tr>
      <w:tr>
        <w:trPr>
          <w:cantSplit/>
          <w:trHeight w:val="300" w:hRule="atLeast"/>
        </w:trPr>
        <w:tc>
          <w:tcPr>
            <w:tcW w:type="dxa" w:w="495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СПГ 10000</w:t>
            </w:r>
          </w:p>
        </w:tc>
        <w:tc>
          <w:tcPr>
            <w:tcW w:type="dxa" w:w="156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10000 кг</w:t>
            </w:r>
          </w:p>
        </w:tc>
        <w:tc>
          <w:tcPr>
            <w:tcW w:type="dxa" w:w="2150"/>
            <w:vAlign w:val="center"/>
            <w:shd w:val="clear" w:color="auto" w:fill="F7F9FB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Segoe UI" w:hAnsi="Segoe UI" w:cs="Segoe UI" w:eastAsia="Segoe UI"/>
                <w:b w:val="0"/>
                <w:color w:val="333C48"/>
                <w:sz w:val="19"/>
              </w:rPr>
              <w:t>—</w:t>
            </w:r>
          </w:p>
        </w:tc>
        <w:tc>
          <w:tcPr>
            <w:tcW w:type="dxa" w:w="1350"/>
            <w:vAlign w:val="center"/>
            <w:shd w:val="clear" w:color="auto" w:fill="F7F9FB"/>
          </w:tcPr>
          <w:p>
            <w:pPr>
              <w:spacing w:before="0" w:after="0" w:line="252" w:lineRule="auto"/>
              <w:jc w:val="right"/>
            </w:pPr>
            <w:r/>
            <w:r>
              <w:rPr>
                <w:rFonts w:ascii="Segoe UI" w:hAnsi="Segoe UI" w:cs="Segoe UI" w:eastAsia="Segoe UI"/>
                <w:b/>
                <w:color w:val="1B2430"/>
                <w:sz w:val="19"/>
              </w:rPr>
              <w:t>2 758 441</w:t>
            </w:r>
          </w:p>
        </w:tc>
      </w:tr>
    </w:tbl>
    <w:p>
      <w:pPr>
        <w:spacing w:before="0" w:after="0" w:line="240" w:lineRule="auto"/>
        <w:jc w:val="left"/>
      </w:pPr>
    </w:p>
    <w:p>
      <w:pPr>
        <w:spacing w:before="0" w:after="0" w:line="240" w:lineRule="auto"/>
        <w:jc w:val="left"/>
      </w:pPr>
    </w:p>
    <w:tbl>
      <w:tblPr>
        <w:tblW w:type="dxa" w:w="10010"/>
        <w:jc w:val="left"/>
        <w:tblLook w:firstColumn="1" w:firstRow="1" w:lastColumn="0" w:lastRow="0" w:noHBand="0" w:noVBand="1" w:val="04A0"/>
        <w:tblBorders>
          <w:top w:val="single" w:sz="6" w:space="0" w:color="D5DBE1"/>
          <w:left w:val="single" w:sz="6" w:space="0" w:color="D5DBE1"/>
          <w:bottom w:val="single" w:sz="6" w:space="0" w:color="D5DBE1"/>
          <w:right w:val="single" w:sz="6" w:space="0" w:color="D5DBE1"/>
          <w:insideH w:val="none" w:sz="0" w:space="0" w:color="auto"/>
          <w:insideV w:val="none" w:sz="0" w:space="0" w:color="auto"/>
        </w:tblBorders>
        <w:tblLayout w:type="fixed"/>
        <w:tblCellMar>
          <w:top w:w="150" w:type="dxa"/>
          <w:left w:w="170" w:type="dxa"/>
          <w:bottom w:w="150" w:type="dxa"/>
          <w:right w:w="170" w:type="dxa"/>
        </w:tblCellMar>
      </w:tblPr>
      <w:tblGrid>
        <w:gridCol w:w="10010"/>
      </w:tblGrid>
      <w:tr>
        <w:tc>
          <w:tcPr>
            <w:tcW w:type="dxa" w:w="10010"/>
            <w:shd w:val="clear" w:color="auto" w:fill="F7F9FB"/>
            <w:tcBorders>
              <w:top w:val="single" w:sz="24" w:space="0" w:color="E8730C"/>
            </w:tcBorders>
          </w:tcPr>
          <w:p>
            <w:pPr>
              <w:spacing w:before="0" w:after="40" w:line="264" w:lineRule="auto"/>
            </w:pPr>
            <w:r/>
            <w:r>
              <w:rPr>
                <w:rFonts w:ascii="Segoe UI" w:hAnsi="Segoe UI" w:cs="Segoe UI" w:eastAsia="Segoe UI"/>
                <w:b/>
                <w:color w:val="1B2430"/>
                <w:sz w:val="21"/>
              </w:rPr>
              <w:t>ООО «Самарский Завод Грузоподъемных Механизмов»</w:t>
            </w:r>
          </w:p>
          <w:p>
            <w:pPr>
              <w:spacing w:before="0" w:after="160" w:line="264" w:lineRule="auto"/>
            </w:pPr>
            <w:r>
              <w:rPr>
                <w:rFonts w:ascii="Segoe UI" w:hAnsi="Segoe UI" w:cs="Segoe UI" w:eastAsia="Segoe UI"/>
                <w:color w:val="6B7684"/>
                <w:sz w:val="18"/>
              </w:rPr>
              <w:t>Российский производитель грузовых подъемников с 1993 года</w:t>
            </w:r>
          </w:p>
          <w:p>
            <w:pPr>
              <w:spacing w:before="0" w:after="20" w:line="276" w:lineRule="auto"/>
            </w:pPr>
            <w:r>
              <w:rPr>
                <w:rFonts w:ascii="Segoe UI" w:hAnsi="Segoe UI" w:cs="Segoe UI" w:eastAsia="Segoe UI"/>
                <w:color w:val="6B7684"/>
                <w:sz w:val="19"/>
              </w:rPr>
              <w:t xml:space="preserve">Телефон: </w:t>
            </w:r>
            <w:r>
              <w:rPr>
                <w:rFonts w:ascii="Segoe UI" w:hAnsi="Segoe UI" w:cs="Segoe UI" w:eastAsia="Segoe UI"/>
                <w:b/>
                <w:color w:val="1B2430"/>
                <w:sz w:val="19"/>
              </w:rPr>
              <w:t>8 (846) 970-74-60</w:t>
            </w:r>
            <w:r>
              <w:rPr>
                <w:rFonts w:ascii="Segoe UI" w:hAnsi="Segoe UI" w:cs="Segoe UI" w:eastAsia="Segoe UI"/>
                <w:color w:val="6B7684"/>
                <w:sz w:val="18"/>
              </w:rPr>
              <w:t xml:space="preserve">  (пн–пт 8.00–17.00)</w:t>
            </w:r>
          </w:p>
          <w:p>
            <w:pPr>
              <w:spacing w:before="0" w:after="20" w:line="276" w:lineRule="auto"/>
            </w:pPr>
            <w:r>
              <w:rPr>
                <w:rFonts w:ascii="Segoe UI" w:hAnsi="Segoe UI" w:cs="Segoe UI" w:eastAsia="Segoe UI"/>
                <w:color w:val="6B7684"/>
                <w:sz w:val="19"/>
              </w:rPr>
              <w:t xml:space="preserve">E-mail: </w:t>
            </w:r>
            <w:r>
              <w:rPr>
                <w:rFonts w:ascii="Segoe UI" w:hAnsi="Segoe UI" w:cs="Segoe UI" w:eastAsia="Segoe UI"/>
                <w:b/>
                <w:color w:val="1B2430"/>
                <w:sz w:val="19"/>
              </w:rPr>
              <w:t>zapros@zavod-gm.ru</w:t>
            </w:r>
          </w:p>
          <w:p>
            <w:pPr>
              <w:spacing w:before="0" w:after="20" w:line="276" w:lineRule="auto"/>
            </w:pPr>
            <w:r>
              <w:rPr>
                <w:rFonts w:ascii="Segoe UI" w:hAnsi="Segoe UI" w:cs="Segoe UI" w:eastAsia="Segoe UI"/>
                <w:color w:val="6B7684"/>
                <w:sz w:val="19"/>
              </w:rPr>
              <w:t xml:space="preserve">Адрес: </w:t>
            </w:r>
            <w:r>
              <w:rPr>
                <w:rFonts w:ascii="Segoe UI" w:hAnsi="Segoe UI" w:cs="Segoe UI" w:eastAsia="Segoe UI"/>
                <w:b/>
                <w:color w:val="1B2430"/>
                <w:sz w:val="19"/>
              </w:rPr>
              <w:t>г. Самара, ул. 22 Партсъезда, 10аК5</w:t>
            </w:r>
            <w:r>
              <w:rPr>
                <w:rFonts w:ascii="Segoe UI" w:hAnsi="Segoe UI" w:cs="Segoe UI" w:eastAsia="Segoe UI"/>
                <w:color w:val="6B7684"/>
                <w:sz w:val="18"/>
              </w:rPr>
              <w:t xml:space="preserve">  (м. Победа)</w:t>
            </w:r>
          </w:p>
        </w:tc>
      </w:tr>
    </w:tbl>
    <w:sectPr w:rsidR="00FC693F" w:rsidRPr="0006063C" w:rsidSect="00034616">
      <w:pgSz w:w="11906" w:h="16838"/>
      <w:pgMar w:top="850" w:right="907" w:bottom="850" w:left="907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Segoe UI" w:hAnsi="Segoe UI" w:cs="Segoe UI" w:eastAsia="Segoe UI"/>
      <w:color w:val="333C48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